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F4EED" w14:textId="30F42C62" w:rsidR="0001538D" w:rsidRPr="00567898" w:rsidRDefault="001A7CEC">
      <w:pPr>
        <w:jc w:val="center"/>
        <w:rPr>
          <w:rFonts w:ascii="ＭＳ ゴシック" w:eastAsia="ＭＳ ゴシック" w:hAnsi="ＭＳ ゴシック"/>
          <w:bCs/>
          <w:lang w:eastAsia="ja-JP"/>
        </w:rPr>
      </w:pPr>
      <w:r w:rsidRPr="00567898">
        <w:rPr>
          <w:rFonts w:ascii="ＭＳ ゴシック" w:eastAsia="ＭＳ ゴシック" w:hAnsi="ＭＳ ゴシック"/>
          <w:bCs/>
          <w:sz w:val="32"/>
          <w:lang w:eastAsia="ja-JP"/>
        </w:rPr>
        <w:t>ベビーケアルーム設置</w:t>
      </w:r>
      <w:r w:rsidR="00567898" w:rsidRPr="00567898">
        <w:rPr>
          <w:rFonts w:ascii="ＭＳ ゴシック" w:eastAsia="ＭＳ ゴシック" w:hAnsi="ＭＳ ゴシック" w:hint="eastAsia"/>
          <w:bCs/>
          <w:sz w:val="32"/>
          <w:lang w:eastAsia="ja-JP"/>
        </w:rPr>
        <w:t>状況</w:t>
      </w:r>
      <w:r w:rsidRPr="00567898">
        <w:rPr>
          <w:rFonts w:ascii="ＭＳ ゴシック" w:eastAsia="ＭＳ ゴシック" w:hAnsi="ＭＳ ゴシック"/>
          <w:bCs/>
          <w:sz w:val="32"/>
          <w:lang w:eastAsia="ja-JP"/>
        </w:rPr>
        <w:t>確認写真</w:t>
      </w:r>
    </w:p>
    <w:p w14:paraId="7333ABEB" w14:textId="77777777" w:rsidR="0001538D" w:rsidRDefault="001A7CEC">
      <w:pPr>
        <w:jc w:val="center"/>
      </w:pPr>
      <w:proofErr w:type="spellStart"/>
      <w:r>
        <w:t>補助金実績報告添付資料</w:t>
      </w:r>
      <w:proofErr w:type="spellEnd"/>
    </w:p>
    <w:p w14:paraId="20573DB3" w14:textId="77777777" w:rsidR="0001538D" w:rsidRDefault="001A7CEC">
      <w:pPr>
        <w:rPr>
          <w:lang w:eastAsia="ja-JP"/>
        </w:rPr>
      </w:pPr>
      <w:proofErr w:type="spellStart"/>
      <w:r>
        <w:t>施設名</w:t>
      </w:r>
      <w:proofErr w:type="spellEnd"/>
      <w:r>
        <w:t>：＿＿＿＿＿＿＿＿＿</w:t>
      </w:r>
      <w:r>
        <w:t>＿</w:t>
      </w:r>
      <w:r>
        <w:t>＿＿＿＿＿＿＿＿＿＿＿</w:t>
      </w:r>
    </w:p>
    <w:p w14:paraId="286D8659" w14:textId="12140D82" w:rsidR="00567898" w:rsidRPr="00567898" w:rsidRDefault="00567898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設置日：</w:t>
      </w:r>
      <w:r w:rsidRPr="00567898">
        <w:rPr>
          <w:rFonts w:hint="eastAsia"/>
          <w:u w:val="single"/>
          <w:lang w:eastAsia="ja-JP"/>
        </w:rPr>
        <w:t>令和○年○月○日</w:t>
      </w:r>
    </w:p>
    <w:p w14:paraId="4DE6C216" w14:textId="7F0C4174" w:rsidR="0001538D" w:rsidRPr="00567898" w:rsidRDefault="00567898">
      <w:pPr>
        <w:rPr>
          <w:rFonts w:asciiTheme="majorEastAsia" w:eastAsiaTheme="majorEastAsia" w:hAnsiTheme="majorEastAsia"/>
          <w:bCs/>
          <w:lang w:eastAsia="ja-JP"/>
        </w:rPr>
      </w:pPr>
      <w:r w:rsidRPr="00567898">
        <w:rPr>
          <w:rFonts w:asciiTheme="majorEastAsia" w:eastAsiaTheme="majorEastAsia" w:hAnsiTheme="majorEastAsia"/>
          <w:bCs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0F4F05" wp14:editId="7B8F7CA3">
                <wp:simplePos x="0" y="0"/>
                <wp:positionH relativeFrom="column">
                  <wp:posOffset>178435</wp:posOffset>
                </wp:positionH>
                <wp:positionV relativeFrom="paragraph">
                  <wp:posOffset>283845</wp:posOffset>
                </wp:positionV>
                <wp:extent cx="5881420" cy="1728000"/>
                <wp:effectExtent l="0" t="0" r="24130" b="24765"/>
                <wp:wrapNone/>
                <wp:docPr id="42322046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142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743E6" id="正方形/長方形 1" o:spid="_x0000_s1026" style="position:absolute;margin-left:14.05pt;margin-top:22.35pt;width:463.1pt;height:136.0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" filled="f" strokecolor="black [3200]" strokeweight="2pt"/>
            </w:pict>
          </mc:Fallback>
        </mc:AlternateContent>
      </w:r>
      <w:r w:rsidR="001A7CEC" w:rsidRPr="00567898">
        <w:rPr>
          <w:rFonts w:asciiTheme="majorEastAsia" w:eastAsiaTheme="majorEastAsia" w:hAnsiTheme="majorEastAsia"/>
          <w:bCs/>
          <w:lang w:eastAsia="ja-JP"/>
        </w:rPr>
        <w:t>１　設置</w:t>
      </w:r>
      <w:r w:rsidRPr="00567898">
        <w:rPr>
          <w:rFonts w:asciiTheme="majorEastAsia" w:eastAsiaTheme="majorEastAsia" w:hAnsiTheme="majorEastAsia" w:hint="eastAsia"/>
          <w:bCs/>
          <w:lang w:eastAsia="ja-JP"/>
        </w:rPr>
        <w:t>場所</w:t>
      </w:r>
      <w:r w:rsidR="001A7CEC" w:rsidRPr="00567898">
        <w:rPr>
          <w:rFonts w:asciiTheme="majorEastAsia" w:eastAsiaTheme="majorEastAsia" w:hAnsiTheme="majorEastAsia"/>
          <w:bCs/>
          <w:lang w:eastAsia="ja-JP"/>
        </w:rPr>
        <w:t>が分かる写真</w:t>
      </w:r>
      <w:r w:rsidRPr="00567898">
        <w:rPr>
          <w:rFonts w:asciiTheme="majorEastAsia" w:eastAsiaTheme="majorEastAsia" w:hAnsiTheme="majorEastAsia" w:hint="eastAsia"/>
          <w:bCs/>
          <w:lang w:eastAsia="ja-JP"/>
        </w:rPr>
        <w:t>（引きで撮影された、施設内のどこに設置されているかが分かる写真）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504"/>
      </w:tblGrid>
      <w:tr w:rsidR="0001538D" w14:paraId="19FC2B0C" w14:textId="77777777" w:rsidTr="00DF1267">
        <w:trPr>
          <w:jc w:val="center"/>
        </w:trPr>
        <w:tc>
          <w:tcPr>
            <w:tcW w:w="8504" w:type="dxa"/>
            <w:vAlign w:val="center"/>
          </w:tcPr>
          <w:p w14:paraId="0345972C" w14:textId="77777777" w:rsidR="0001538D" w:rsidRDefault="001A7CEC">
            <w:pPr>
              <w:rPr>
                <w:lang w:eastAsia="ja-JP"/>
              </w:rPr>
            </w:pP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t>（ここに写真を貼り付けてください）</w:t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</w:p>
          <w:p w14:paraId="28B09977" w14:textId="0209546A" w:rsidR="00567898" w:rsidRDefault="00567898">
            <w:pPr>
              <w:rPr>
                <w:lang w:eastAsia="ja-JP"/>
              </w:rPr>
            </w:pPr>
          </w:p>
        </w:tc>
      </w:tr>
    </w:tbl>
    <w:p w14:paraId="629FED23" w14:textId="77777777" w:rsidR="00567898" w:rsidRPr="00567898" w:rsidRDefault="00567898" w:rsidP="00567898">
      <w:pPr>
        <w:spacing w:line="240" w:lineRule="exact"/>
        <w:rPr>
          <w:rFonts w:ascii="ＭＳ ゴシック" w:eastAsia="ＭＳ ゴシック" w:hAnsi="ＭＳ ゴシック"/>
          <w:bCs/>
          <w:sz w:val="14"/>
          <w:szCs w:val="14"/>
          <w:lang w:eastAsia="ja-JP"/>
        </w:rPr>
      </w:pPr>
    </w:p>
    <w:p w14:paraId="3EB72187" w14:textId="1233A725" w:rsidR="0001538D" w:rsidRPr="00567898" w:rsidRDefault="00567898">
      <w:pPr>
        <w:rPr>
          <w:rFonts w:ascii="ＭＳ ゴシック" w:eastAsia="ＭＳ ゴシック" w:hAnsi="ＭＳ ゴシック"/>
          <w:bCs/>
          <w:lang w:eastAsia="ja-JP"/>
        </w:rPr>
      </w:pPr>
      <w:r w:rsidRPr="00567898">
        <w:rPr>
          <w:rFonts w:asciiTheme="majorEastAsia" w:eastAsiaTheme="majorEastAsia" w:hAnsiTheme="majorEastAsia"/>
          <w:bCs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C96B96D" wp14:editId="451858CD">
                <wp:simplePos x="0" y="0"/>
                <wp:positionH relativeFrom="column">
                  <wp:posOffset>177800</wp:posOffset>
                </wp:positionH>
                <wp:positionV relativeFrom="paragraph">
                  <wp:posOffset>247015</wp:posOffset>
                </wp:positionV>
                <wp:extent cx="5881370" cy="1728000"/>
                <wp:effectExtent l="0" t="0" r="24130" b="24765"/>
                <wp:wrapNone/>
                <wp:docPr id="43311614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137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B8A3F" id="正方形/長方形 1" o:spid="_x0000_s1026" style="position:absolute;margin-left:14pt;margin-top:19.45pt;width:463.1pt;height:136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" filled="f" strokecolor="black [3200]" strokeweight="2pt"/>
            </w:pict>
          </mc:Fallback>
        </mc:AlternateContent>
      </w:r>
      <w:r w:rsidR="001A7CEC" w:rsidRPr="00567898">
        <w:rPr>
          <w:rFonts w:ascii="ＭＳ ゴシック" w:eastAsia="ＭＳ ゴシック" w:hAnsi="ＭＳ ゴシック"/>
          <w:bCs/>
          <w:lang w:eastAsia="ja-JP"/>
        </w:rPr>
        <w:t xml:space="preserve">２　</w:t>
      </w:r>
      <w:r>
        <w:rPr>
          <w:rFonts w:ascii="ＭＳ ゴシック" w:eastAsia="ＭＳ ゴシック" w:hAnsi="ＭＳ ゴシック" w:hint="eastAsia"/>
          <w:bCs/>
          <w:lang w:eastAsia="ja-JP"/>
        </w:rPr>
        <w:t>ベビーケアルーム正面、側面の写真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504"/>
      </w:tblGrid>
      <w:tr w:rsidR="0001538D" w14:paraId="6C150204" w14:textId="77777777">
        <w:trPr>
          <w:jc w:val="center"/>
        </w:trPr>
        <w:tc>
          <w:tcPr>
            <w:tcW w:w="8504" w:type="dxa"/>
            <w:vAlign w:val="center"/>
          </w:tcPr>
          <w:p w14:paraId="5D160DC5" w14:textId="5FF6517F" w:rsidR="00567898" w:rsidRDefault="001A7CEC">
            <w:pPr>
              <w:rPr>
                <w:lang w:eastAsia="ja-JP"/>
              </w:rPr>
            </w:pP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t>（ここに写真を貼り付けてください）</w:t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</w:p>
          <w:p w14:paraId="215980BB" w14:textId="77777777" w:rsidR="00567898" w:rsidRDefault="001A7CEC">
            <w:pPr>
              <w:rPr>
                <w:lang w:eastAsia="ja-JP"/>
              </w:rPr>
            </w:pPr>
            <w:r>
              <w:rPr>
                <w:lang w:eastAsia="ja-JP"/>
              </w:rPr>
              <w:br/>
            </w:r>
          </w:p>
          <w:p w14:paraId="128DFC4E" w14:textId="53E4017E" w:rsidR="00567898" w:rsidRPr="00567898" w:rsidRDefault="00567898" w:rsidP="00567898">
            <w:pPr>
              <w:spacing w:line="240" w:lineRule="exact"/>
              <w:rPr>
                <w:rFonts w:hint="eastAsia"/>
                <w:sz w:val="16"/>
                <w:szCs w:val="16"/>
                <w:lang w:eastAsia="ja-JP"/>
              </w:rPr>
            </w:pPr>
          </w:p>
        </w:tc>
      </w:tr>
    </w:tbl>
    <w:p w14:paraId="5057EAB1" w14:textId="77777777" w:rsidR="0001538D" w:rsidRPr="00567898" w:rsidRDefault="001A7CEC">
      <w:pPr>
        <w:rPr>
          <w:rFonts w:asciiTheme="majorEastAsia" w:eastAsiaTheme="majorEastAsia" w:hAnsiTheme="majorEastAsia"/>
          <w:bCs/>
          <w:lang w:eastAsia="ja-JP"/>
        </w:rPr>
      </w:pPr>
      <w:r w:rsidRPr="00567898">
        <w:rPr>
          <w:rFonts w:asciiTheme="majorEastAsia" w:eastAsiaTheme="majorEastAsia" w:hAnsiTheme="majorEastAsia"/>
          <w:bCs/>
          <w:lang w:eastAsia="ja-JP"/>
        </w:rPr>
        <w:t>３　内装が分かる写真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504"/>
      </w:tblGrid>
      <w:tr w:rsidR="0001538D" w14:paraId="64DE7FF0" w14:textId="77777777">
        <w:trPr>
          <w:jc w:val="center"/>
        </w:trPr>
        <w:tc>
          <w:tcPr>
            <w:tcW w:w="8504" w:type="dxa"/>
            <w:vAlign w:val="center"/>
          </w:tcPr>
          <w:p w14:paraId="57D36BE1" w14:textId="06836B6C" w:rsidR="00567898" w:rsidRDefault="00567898">
            <w:pPr>
              <w:rPr>
                <w:rFonts w:hint="eastAsia"/>
                <w:lang w:eastAsia="ja-JP"/>
              </w:rPr>
            </w:pPr>
            <w:r w:rsidRPr="00567898">
              <w:rPr>
                <w:rFonts w:asciiTheme="majorEastAsia" w:eastAsiaTheme="majorEastAsia" w:hAnsiTheme="majorEastAsia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16712A6" wp14:editId="5B8B352A">
                      <wp:simplePos x="0" y="0"/>
                      <wp:positionH relativeFrom="column">
                        <wp:posOffset>-429260</wp:posOffset>
                      </wp:positionH>
                      <wp:positionV relativeFrom="paragraph">
                        <wp:posOffset>-80645</wp:posOffset>
                      </wp:positionV>
                      <wp:extent cx="5881370" cy="1728000"/>
                      <wp:effectExtent l="0" t="0" r="24130" b="24765"/>
                      <wp:wrapNone/>
                      <wp:docPr id="1574884577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81370" cy="1728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6C00B2" id="正方形/長方形 1" o:spid="_x0000_s1026" style="position:absolute;margin-left:-33.8pt;margin-top:-6.35pt;width:463.1pt;height:136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" filled="f" strokecolor="black [3200]" strokeweight="2pt"/>
                  </w:pict>
                </mc:Fallback>
              </mc:AlternateContent>
            </w:r>
            <w:r w:rsidR="001A7CEC">
              <w:rPr>
                <w:lang w:eastAsia="ja-JP"/>
              </w:rPr>
              <w:br/>
            </w:r>
            <w:r w:rsidR="001A7CEC">
              <w:rPr>
                <w:lang w:eastAsia="ja-JP"/>
              </w:rPr>
              <w:br/>
            </w:r>
            <w:r w:rsidR="001A7CEC">
              <w:rPr>
                <w:lang w:eastAsia="ja-JP"/>
              </w:rPr>
              <w:br/>
            </w:r>
            <w:r w:rsidR="001A7CEC">
              <w:rPr>
                <w:lang w:eastAsia="ja-JP"/>
              </w:rPr>
              <w:br/>
            </w:r>
            <w:r w:rsidR="001A7CEC">
              <w:rPr>
                <w:lang w:eastAsia="ja-JP"/>
              </w:rPr>
              <w:t>（ここに写真を貼り付けてください）</w:t>
            </w:r>
            <w:r w:rsidR="001A7CEC">
              <w:rPr>
                <w:lang w:eastAsia="ja-JP"/>
              </w:rPr>
              <w:br/>
            </w:r>
            <w:r w:rsidR="001A7CEC">
              <w:rPr>
                <w:lang w:eastAsia="ja-JP"/>
              </w:rPr>
              <w:br/>
            </w:r>
            <w:r w:rsidR="001A7CEC">
              <w:rPr>
                <w:lang w:eastAsia="ja-JP"/>
              </w:rPr>
              <w:br/>
            </w:r>
          </w:p>
        </w:tc>
      </w:tr>
    </w:tbl>
    <w:p w14:paraId="46DEF4ED" w14:textId="2C59487C" w:rsidR="0001538D" w:rsidRDefault="0001538D" w:rsidP="00567898">
      <w:pPr>
        <w:rPr>
          <w:rFonts w:hint="eastAsia"/>
          <w:lang w:eastAsia="ja-JP"/>
        </w:rPr>
      </w:pPr>
    </w:p>
    <w:sectPr w:rsidR="0001538D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729142">
    <w:abstractNumId w:val="8"/>
  </w:num>
  <w:num w:numId="2" w16cid:durableId="28992139">
    <w:abstractNumId w:val="6"/>
  </w:num>
  <w:num w:numId="3" w16cid:durableId="373819793">
    <w:abstractNumId w:val="5"/>
  </w:num>
  <w:num w:numId="4" w16cid:durableId="41365469">
    <w:abstractNumId w:val="4"/>
  </w:num>
  <w:num w:numId="5" w16cid:durableId="1063530033">
    <w:abstractNumId w:val="7"/>
  </w:num>
  <w:num w:numId="6" w16cid:durableId="343437174">
    <w:abstractNumId w:val="3"/>
  </w:num>
  <w:num w:numId="7" w16cid:durableId="737754095">
    <w:abstractNumId w:val="2"/>
  </w:num>
  <w:num w:numId="8" w16cid:durableId="812527733">
    <w:abstractNumId w:val="1"/>
  </w:num>
  <w:num w:numId="9" w16cid:durableId="1585918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38D"/>
    <w:rsid w:val="00034616"/>
    <w:rsid w:val="0006063C"/>
    <w:rsid w:val="0015074B"/>
    <w:rsid w:val="001A7CEC"/>
    <w:rsid w:val="0029639D"/>
    <w:rsid w:val="00326F90"/>
    <w:rsid w:val="00567898"/>
    <w:rsid w:val="00610BEB"/>
    <w:rsid w:val="00AA1D8D"/>
    <w:rsid w:val="00B47730"/>
    <w:rsid w:val="00CB0664"/>
    <w:rsid w:val="00DF12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0D48E0"/>
  <w14:defaultImageDpi w14:val="300"/>
  <w15:docId w15:val="{54B434A2-DD77-4970-8A7B-037EB07B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　健太</dc:creator>
  <cp:keywords/>
  <dc:description>generated by python-docx</dc:description>
  <cp:lastModifiedBy>中井　健太</cp:lastModifiedBy>
  <cp:revision>2</cp:revision>
  <dcterms:created xsi:type="dcterms:W3CDTF">2026-10-13T13:54:00Z</dcterms:created>
  <dcterms:modified xsi:type="dcterms:W3CDTF">2026-10-13T14:08:00Z</dcterms:modified>
  <cp:category/>
</cp:coreProperties>
</file>