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23325" w14:textId="77777777" w:rsidR="00715417" w:rsidRDefault="00AE3B84">
      <w:pPr>
        <w:jc w:val="right"/>
      </w:pPr>
      <w:r>
        <w:rPr>
          <w:b/>
          <w:color w:val="000000"/>
          <w:sz w:val="18"/>
        </w:rPr>
        <w:t>（様式1）</w:t>
      </w:r>
    </w:p>
    <w:p w14:paraId="1D60CB9D" w14:textId="77777777" w:rsidR="00715417" w:rsidRDefault="00AE3B84">
      <w:pPr>
        <w:spacing w:after="40"/>
        <w:jc w:val="right"/>
      </w:pPr>
      <w:r>
        <w:rPr>
          <w:color w:val="000000"/>
          <w:sz w:val="20"/>
        </w:rPr>
        <w:t>令和8年　　月　　日</w:t>
      </w:r>
    </w:p>
    <w:p w14:paraId="25701037" w14:textId="77777777" w:rsidR="00715417" w:rsidRDefault="00AE3B84">
      <w:pPr>
        <w:spacing w:after="80"/>
      </w:pPr>
      <w:r>
        <w:rPr>
          <w:color w:val="000000"/>
          <w:sz w:val="20"/>
        </w:rPr>
        <w:t>京都府港湾局 港湾企画課 計画係　御中</w:t>
      </w:r>
    </w:p>
    <w:p w14:paraId="572AE113" w14:textId="77777777" w:rsidR="00715417" w:rsidRDefault="00AE3B84">
      <w:pPr>
        <w:spacing w:after="20"/>
        <w:jc w:val="center"/>
        <w:rPr>
          <w:lang w:eastAsia="ja-JP"/>
        </w:rPr>
      </w:pPr>
      <w:r>
        <w:rPr>
          <w:b/>
          <w:color w:val="24576A"/>
          <w:sz w:val="30"/>
          <w:lang w:eastAsia="ja-JP"/>
        </w:rPr>
        <w:t>京都舞鶴港大野辺緑地</w:t>
      </w:r>
    </w:p>
    <w:p w14:paraId="2309809A" w14:textId="77777777" w:rsidR="00715417" w:rsidRDefault="00AE3B84">
      <w:pPr>
        <w:spacing w:after="20"/>
        <w:jc w:val="center"/>
        <w:rPr>
          <w:lang w:eastAsia="ja-JP"/>
        </w:rPr>
      </w:pPr>
      <w:r>
        <w:rPr>
          <w:b/>
          <w:color w:val="24576A"/>
          <w:sz w:val="30"/>
          <w:lang w:eastAsia="ja-JP"/>
        </w:rPr>
        <w:t>みなと緑地トライアルサウンディング</w:t>
      </w:r>
    </w:p>
    <w:p w14:paraId="3E976099" w14:textId="6AE5F292" w:rsidR="00715417" w:rsidRDefault="00AE3B84">
      <w:pPr>
        <w:spacing w:after="100"/>
        <w:jc w:val="center"/>
        <w:rPr>
          <w:lang w:eastAsia="ja-JP"/>
        </w:rPr>
      </w:pPr>
      <w:r>
        <w:rPr>
          <w:b/>
          <w:color w:val="000000"/>
          <w:sz w:val="34"/>
          <w:lang w:eastAsia="ja-JP"/>
        </w:rPr>
        <w:t>申込書</w:t>
      </w:r>
    </w:p>
    <w:p w14:paraId="5061A074" w14:textId="77777777" w:rsidR="00715417" w:rsidRDefault="00AE3B84">
      <w:pPr>
        <w:spacing w:after="100"/>
        <w:rPr>
          <w:lang w:eastAsia="ja-JP"/>
        </w:rPr>
      </w:pPr>
      <w:r>
        <w:rPr>
          <w:color w:val="000000"/>
          <w:lang w:eastAsia="ja-JP"/>
        </w:rPr>
        <w:t>実施要項の内容を確認し、下記のとおり申し込みます。</w:t>
      </w:r>
    </w:p>
    <w:tbl>
      <w:tblPr>
        <w:tblW w:w="0" w:type="auto"/>
        <w:jc w:val="center"/>
        <w:tblBorders>
          <w:top w:val="single" w:sz="4" w:space="0" w:color="2F6B7C"/>
          <w:left w:val="single" w:sz="4" w:space="0" w:color="2F6B7C"/>
          <w:bottom w:val="single" w:sz="4" w:space="0" w:color="2F6B7C"/>
          <w:right w:val="single" w:sz="4" w:space="0" w:color="2F6B7C"/>
          <w:insideH w:val="single" w:sz="4" w:space="0" w:color="2F6B7C"/>
          <w:insideV w:val="single" w:sz="4" w:space="0" w:color="2F6B7C"/>
        </w:tblBorders>
        <w:tblLayout w:type="fixed"/>
        <w:tblLook w:val="04A0" w:firstRow="1" w:lastRow="0" w:firstColumn="1" w:lastColumn="0" w:noHBand="0" w:noVBand="1"/>
      </w:tblPr>
      <w:tblGrid>
        <w:gridCol w:w="2154"/>
        <w:gridCol w:w="7938"/>
      </w:tblGrid>
      <w:tr w:rsidR="00715417" w14:paraId="011B44D8" w14:textId="77777777">
        <w:trPr>
          <w:jc w:val="center"/>
        </w:trPr>
        <w:tc>
          <w:tcPr>
            <w:tcW w:w="10092" w:type="dxa"/>
            <w:gridSpan w:val="2"/>
            <w:shd w:val="clear" w:color="auto" w:fill="2F6B7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5557EF" w14:textId="77777777" w:rsidR="00715417" w:rsidRDefault="00AE3B84">
            <w:pPr>
              <w:spacing w:line="240" w:lineRule="auto"/>
            </w:pPr>
            <w:r>
              <w:rPr>
                <w:b/>
                <w:color w:val="FFFFFF"/>
                <w:sz w:val="21"/>
              </w:rPr>
              <w:t>1　申込者について</w:t>
            </w:r>
          </w:p>
        </w:tc>
      </w:tr>
      <w:tr w:rsidR="00715417" w14:paraId="68F90130" w14:textId="77777777">
        <w:tblPrEx>
          <w:tblBorders>
            <w:top w:val="single" w:sz="5" w:space="0" w:color="95A5A6"/>
            <w:left w:val="single" w:sz="5" w:space="0" w:color="95A5A6"/>
            <w:bottom w:val="single" w:sz="5" w:space="0" w:color="95A5A6"/>
            <w:right w:val="single" w:sz="5" w:space="0" w:color="95A5A6"/>
            <w:insideH w:val="single" w:sz="5" w:space="0" w:color="95A5A6"/>
            <w:insideV w:val="single" w:sz="5" w:space="0" w:color="95A5A6"/>
          </w:tblBorders>
        </w:tblPrEx>
        <w:trPr>
          <w:cantSplit/>
          <w:trHeight w:val="680"/>
          <w:jc w:val="center"/>
        </w:trPr>
        <w:tc>
          <w:tcPr>
            <w:tcW w:w="2154" w:type="dxa"/>
            <w:shd w:val="clear" w:color="auto" w:fill="E7F0F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2CBDDB" w14:textId="77777777" w:rsidR="00715417" w:rsidRDefault="00AE3B84">
            <w:pPr>
              <w:spacing w:line="240" w:lineRule="auto"/>
              <w:jc w:val="center"/>
            </w:pPr>
            <w:r>
              <w:rPr>
                <w:b/>
                <w:color w:val="000000"/>
                <w:sz w:val="17"/>
              </w:rPr>
              <w:t>法人・団体名</w:t>
            </w:r>
          </w:p>
        </w:tc>
        <w:tc>
          <w:tcPr>
            <w:tcW w:w="793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7C348D" w14:textId="77777777" w:rsidR="00715417" w:rsidRDefault="00715417">
            <w:pPr>
              <w:spacing w:line="240" w:lineRule="auto"/>
            </w:pPr>
          </w:p>
        </w:tc>
      </w:tr>
      <w:tr w:rsidR="00715417" w14:paraId="40EA0038" w14:textId="77777777">
        <w:tblPrEx>
          <w:tblBorders>
            <w:top w:val="single" w:sz="5" w:space="0" w:color="95A5A6"/>
            <w:left w:val="single" w:sz="5" w:space="0" w:color="95A5A6"/>
            <w:bottom w:val="single" w:sz="5" w:space="0" w:color="95A5A6"/>
            <w:right w:val="single" w:sz="5" w:space="0" w:color="95A5A6"/>
            <w:insideH w:val="single" w:sz="5" w:space="0" w:color="95A5A6"/>
            <w:insideV w:val="single" w:sz="5" w:space="0" w:color="95A5A6"/>
          </w:tblBorders>
        </w:tblPrEx>
        <w:trPr>
          <w:cantSplit/>
          <w:trHeight w:val="680"/>
          <w:jc w:val="center"/>
        </w:trPr>
        <w:tc>
          <w:tcPr>
            <w:tcW w:w="2154" w:type="dxa"/>
            <w:shd w:val="clear" w:color="auto" w:fill="E7F0F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AF8F9D" w14:textId="77777777" w:rsidR="00715417" w:rsidRDefault="00AE3B84">
            <w:pPr>
              <w:spacing w:line="240" w:lineRule="auto"/>
              <w:jc w:val="center"/>
            </w:pPr>
            <w:r>
              <w:rPr>
                <w:b/>
                <w:color w:val="000000"/>
                <w:sz w:val="17"/>
              </w:rPr>
              <w:t>所在地</w:t>
            </w:r>
          </w:p>
        </w:tc>
        <w:tc>
          <w:tcPr>
            <w:tcW w:w="793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255991" w14:textId="77777777" w:rsidR="00715417" w:rsidRDefault="00715417">
            <w:pPr>
              <w:spacing w:line="240" w:lineRule="auto"/>
            </w:pPr>
          </w:p>
        </w:tc>
      </w:tr>
      <w:tr w:rsidR="00715417" w14:paraId="44D9AC8C" w14:textId="77777777">
        <w:tblPrEx>
          <w:tblBorders>
            <w:top w:val="single" w:sz="5" w:space="0" w:color="95A5A6"/>
            <w:left w:val="single" w:sz="5" w:space="0" w:color="95A5A6"/>
            <w:bottom w:val="single" w:sz="5" w:space="0" w:color="95A5A6"/>
            <w:right w:val="single" w:sz="5" w:space="0" w:color="95A5A6"/>
            <w:insideH w:val="single" w:sz="5" w:space="0" w:color="95A5A6"/>
            <w:insideV w:val="single" w:sz="5" w:space="0" w:color="95A5A6"/>
          </w:tblBorders>
        </w:tblPrEx>
        <w:trPr>
          <w:cantSplit/>
          <w:trHeight w:val="680"/>
          <w:jc w:val="center"/>
        </w:trPr>
        <w:tc>
          <w:tcPr>
            <w:tcW w:w="2154" w:type="dxa"/>
            <w:shd w:val="clear" w:color="auto" w:fill="E7F0F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173796" w14:textId="77777777" w:rsidR="00715417" w:rsidRDefault="00AE3B84">
            <w:pPr>
              <w:spacing w:line="240" w:lineRule="auto"/>
              <w:jc w:val="center"/>
            </w:pPr>
            <w:r>
              <w:rPr>
                <w:b/>
                <w:color w:val="000000"/>
                <w:sz w:val="17"/>
              </w:rPr>
              <w:t>担当者名</w:t>
            </w:r>
          </w:p>
        </w:tc>
        <w:tc>
          <w:tcPr>
            <w:tcW w:w="793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BC6E20" w14:textId="77777777" w:rsidR="00715417" w:rsidRDefault="00715417">
            <w:pPr>
              <w:spacing w:line="240" w:lineRule="auto"/>
            </w:pPr>
          </w:p>
        </w:tc>
      </w:tr>
      <w:tr w:rsidR="00715417" w14:paraId="56EEAB3B" w14:textId="77777777">
        <w:tblPrEx>
          <w:tblBorders>
            <w:top w:val="single" w:sz="5" w:space="0" w:color="95A5A6"/>
            <w:left w:val="single" w:sz="5" w:space="0" w:color="95A5A6"/>
            <w:bottom w:val="single" w:sz="5" w:space="0" w:color="95A5A6"/>
            <w:right w:val="single" w:sz="5" w:space="0" w:color="95A5A6"/>
            <w:insideH w:val="single" w:sz="5" w:space="0" w:color="95A5A6"/>
            <w:insideV w:val="single" w:sz="5" w:space="0" w:color="95A5A6"/>
          </w:tblBorders>
        </w:tblPrEx>
        <w:trPr>
          <w:cantSplit/>
          <w:trHeight w:val="907"/>
          <w:jc w:val="center"/>
        </w:trPr>
        <w:tc>
          <w:tcPr>
            <w:tcW w:w="2154" w:type="dxa"/>
            <w:shd w:val="clear" w:color="auto" w:fill="E7F0F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BD586A" w14:textId="77777777" w:rsidR="00715417" w:rsidRDefault="00AE3B84">
            <w:pPr>
              <w:spacing w:line="240" w:lineRule="auto"/>
              <w:jc w:val="center"/>
            </w:pPr>
            <w:r>
              <w:rPr>
                <w:b/>
                <w:color w:val="000000"/>
                <w:sz w:val="17"/>
              </w:rPr>
              <w:t>連絡先</w:t>
            </w:r>
          </w:p>
        </w:tc>
        <w:tc>
          <w:tcPr>
            <w:tcW w:w="793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F5C762" w14:textId="77777777" w:rsidR="00715417" w:rsidRDefault="00AE3B84">
            <w:pPr>
              <w:spacing w:line="240" w:lineRule="auto"/>
            </w:pPr>
            <w:r>
              <w:rPr>
                <w:color w:val="000000"/>
                <w:sz w:val="18"/>
              </w:rPr>
              <w:t>電話：</w:t>
            </w:r>
            <w:r>
              <w:rPr>
                <w:color w:val="000000"/>
                <w:sz w:val="18"/>
              </w:rPr>
              <w:br/>
              <w:t>メール：</w:t>
            </w:r>
          </w:p>
        </w:tc>
      </w:tr>
    </w:tbl>
    <w:p w14:paraId="1D2BCBDB" w14:textId="77777777" w:rsidR="00715417" w:rsidRDefault="00715417">
      <w:pPr>
        <w:spacing w:after="20"/>
      </w:pPr>
    </w:p>
    <w:tbl>
      <w:tblPr>
        <w:tblW w:w="0" w:type="auto"/>
        <w:jc w:val="center"/>
        <w:tblBorders>
          <w:top w:val="single" w:sz="4" w:space="0" w:color="2F6B7C"/>
          <w:left w:val="single" w:sz="4" w:space="0" w:color="2F6B7C"/>
          <w:bottom w:val="single" w:sz="4" w:space="0" w:color="2F6B7C"/>
          <w:right w:val="single" w:sz="4" w:space="0" w:color="2F6B7C"/>
          <w:insideH w:val="single" w:sz="4" w:space="0" w:color="2F6B7C"/>
          <w:insideV w:val="single" w:sz="4" w:space="0" w:color="2F6B7C"/>
        </w:tblBorders>
        <w:tblLayout w:type="fixed"/>
        <w:tblLook w:val="04A0" w:firstRow="1" w:lastRow="0" w:firstColumn="1" w:lastColumn="0" w:noHBand="0" w:noVBand="1"/>
      </w:tblPr>
      <w:tblGrid>
        <w:gridCol w:w="2154"/>
        <w:gridCol w:w="7938"/>
      </w:tblGrid>
      <w:tr w:rsidR="00715417" w14:paraId="6DFE5A48" w14:textId="77777777">
        <w:trPr>
          <w:jc w:val="center"/>
        </w:trPr>
        <w:tc>
          <w:tcPr>
            <w:tcW w:w="10092" w:type="dxa"/>
            <w:gridSpan w:val="2"/>
            <w:shd w:val="clear" w:color="auto" w:fill="2F6B7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43846BC" w14:textId="77777777" w:rsidR="00715417" w:rsidRDefault="00AE3B84">
            <w:pPr>
              <w:spacing w:line="240" w:lineRule="auto"/>
            </w:pPr>
            <w:r>
              <w:rPr>
                <w:b/>
                <w:color w:val="FFFFFF"/>
                <w:sz w:val="21"/>
              </w:rPr>
              <w:t>2　やってみたいこと</w:t>
            </w:r>
          </w:p>
        </w:tc>
      </w:tr>
      <w:tr w:rsidR="00715417" w14:paraId="31E4A234" w14:textId="77777777">
        <w:tblPrEx>
          <w:tblBorders>
            <w:top w:val="single" w:sz="5" w:space="0" w:color="95A5A6"/>
            <w:left w:val="single" w:sz="5" w:space="0" w:color="95A5A6"/>
            <w:bottom w:val="single" w:sz="5" w:space="0" w:color="95A5A6"/>
            <w:right w:val="single" w:sz="5" w:space="0" w:color="95A5A6"/>
            <w:insideH w:val="single" w:sz="5" w:space="0" w:color="95A5A6"/>
            <w:insideV w:val="single" w:sz="5" w:space="0" w:color="95A5A6"/>
          </w:tblBorders>
        </w:tblPrEx>
        <w:trPr>
          <w:cantSplit/>
          <w:trHeight w:val="680"/>
          <w:jc w:val="center"/>
        </w:trPr>
        <w:tc>
          <w:tcPr>
            <w:tcW w:w="2154" w:type="dxa"/>
            <w:shd w:val="clear" w:color="auto" w:fill="E7F0F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DA8101" w14:textId="77777777" w:rsidR="00715417" w:rsidRDefault="00AE3B84">
            <w:pPr>
              <w:spacing w:line="240" w:lineRule="auto"/>
              <w:jc w:val="center"/>
            </w:pPr>
            <w:r>
              <w:rPr>
                <w:b/>
                <w:color w:val="000000"/>
                <w:sz w:val="17"/>
              </w:rPr>
              <w:t>企画名</w:t>
            </w:r>
          </w:p>
        </w:tc>
        <w:tc>
          <w:tcPr>
            <w:tcW w:w="793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93DF26" w14:textId="77777777" w:rsidR="00715417" w:rsidRDefault="00715417">
            <w:pPr>
              <w:spacing w:line="240" w:lineRule="auto"/>
            </w:pPr>
          </w:p>
        </w:tc>
      </w:tr>
      <w:tr w:rsidR="00715417" w14:paraId="09E1B1C0" w14:textId="77777777">
        <w:tblPrEx>
          <w:tblBorders>
            <w:top w:val="single" w:sz="5" w:space="0" w:color="95A5A6"/>
            <w:left w:val="single" w:sz="5" w:space="0" w:color="95A5A6"/>
            <w:bottom w:val="single" w:sz="5" w:space="0" w:color="95A5A6"/>
            <w:right w:val="single" w:sz="5" w:space="0" w:color="95A5A6"/>
            <w:insideH w:val="single" w:sz="5" w:space="0" w:color="95A5A6"/>
            <w:insideV w:val="single" w:sz="5" w:space="0" w:color="95A5A6"/>
          </w:tblBorders>
        </w:tblPrEx>
        <w:trPr>
          <w:cantSplit/>
          <w:trHeight w:val="2438"/>
          <w:jc w:val="center"/>
        </w:trPr>
        <w:tc>
          <w:tcPr>
            <w:tcW w:w="2154" w:type="dxa"/>
            <w:shd w:val="clear" w:color="auto" w:fill="E7F0F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2F5FDC" w14:textId="77777777" w:rsidR="00715417" w:rsidRDefault="00AE3B84">
            <w:pPr>
              <w:spacing w:line="240" w:lineRule="auto"/>
              <w:jc w:val="center"/>
            </w:pPr>
            <w:r>
              <w:rPr>
                <w:b/>
                <w:color w:val="000000"/>
                <w:sz w:val="17"/>
              </w:rPr>
              <w:t>企画の内容</w:t>
            </w:r>
          </w:p>
        </w:tc>
        <w:tc>
          <w:tcPr>
            <w:tcW w:w="793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7D52E3" w14:textId="77777777" w:rsidR="00715417" w:rsidRDefault="00AE3B84">
            <w:pPr>
              <w:spacing w:line="240" w:lineRule="auto"/>
              <w:rPr>
                <w:lang w:eastAsia="ja-JP"/>
              </w:rPr>
            </w:pPr>
            <w:r>
              <w:rPr>
                <w:color w:val="7A7A7A"/>
                <w:sz w:val="16"/>
                <w:lang w:eastAsia="ja-JP"/>
              </w:rPr>
              <w:t>記載例：コーヒーと焼き菓子を販売し、港を眺めながら休憩できる場をつくります。</w:t>
            </w:r>
            <w:r>
              <w:rPr>
                <w:color w:val="7A7A7A"/>
                <w:sz w:val="16"/>
                <w:lang w:eastAsia="ja-JP"/>
              </w:rPr>
              <w:br/>
            </w:r>
            <w:r>
              <w:rPr>
                <w:color w:val="7A7A7A"/>
                <w:sz w:val="16"/>
                <w:lang w:eastAsia="ja-JP"/>
              </w:rPr>
              <w:br/>
            </w:r>
            <w:r>
              <w:rPr>
                <w:color w:val="7A7A7A"/>
                <w:sz w:val="16"/>
                <w:lang w:eastAsia="ja-JP"/>
              </w:rPr>
              <w:br/>
            </w:r>
          </w:p>
        </w:tc>
      </w:tr>
      <w:tr w:rsidR="00715417" w14:paraId="52EBEEAC" w14:textId="77777777">
        <w:tblPrEx>
          <w:tblBorders>
            <w:top w:val="single" w:sz="5" w:space="0" w:color="95A5A6"/>
            <w:left w:val="single" w:sz="5" w:space="0" w:color="95A5A6"/>
            <w:bottom w:val="single" w:sz="5" w:space="0" w:color="95A5A6"/>
            <w:right w:val="single" w:sz="5" w:space="0" w:color="95A5A6"/>
            <w:insideH w:val="single" w:sz="5" w:space="0" w:color="95A5A6"/>
            <w:insideV w:val="single" w:sz="5" w:space="0" w:color="95A5A6"/>
          </w:tblBorders>
        </w:tblPrEx>
        <w:trPr>
          <w:cantSplit/>
          <w:trHeight w:val="1190"/>
          <w:jc w:val="center"/>
        </w:trPr>
        <w:tc>
          <w:tcPr>
            <w:tcW w:w="2154" w:type="dxa"/>
            <w:shd w:val="clear" w:color="auto" w:fill="E7F0F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6CB9B7" w14:textId="77777777" w:rsidR="00715417" w:rsidRDefault="00AE3B84">
            <w:pPr>
              <w:spacing w:line="240" w:lineRule="auto"/>
              <w:jc w:val="center"/>
            </w:pPr>
            <w:r>
              <w:rPr>
                <w:b/>
                <w:color w:val="000000"/>
                <w:sz w:val="17"/>
              </w:rPr>
              <w:t>実施希望日・時間</w:t>
            </w:r>
          </w:p>
        </w:tc>
        <w:tc>
          <w:tcPr>
            <w:tcW w:w="793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1D6658" w14:textId="77777777" w:rsidR="00715417" w:rsidRDefault="00AE3B84">
            <w:pPr>
              <w:spacing w:line="240" w:lineRule="auto"/>
            </w:pPr>
            <w:r>
              <w:rPr>
                <w:color w:val="7A7A7A"/>
                <w:sz w:val="16"/>
              </w:rPr>
              <w:t>記載例：10月24日（土）～25日（日）　各日10時～17時</w:t>
            </w:r>
          </w:p>
        </w:tc>
      </w:tr>
      <w:tr w:rsidR="00715417" w14:paraId="28586B53" w14:textId="77777777">
        <w:tblPrEx>
          <w:tblBorders>
            <w:top w:val="single" w:sz="5" w:space="0" w:color="95A5A6"/>
            <w:left w:val="single" w:sz="5" w:space="0" w:color="95A5A6"/>
            <w:bottom w:val="single" w:sz="5" w:space="0" w:color="95A5A6"/>
            <w:right w:val="single" w:sz="5" w:space="0" w:color="95A5A6"/>
            <w:insideH w:val="single" w:sz="5" w:space="0" w:color="95A5A6"/>
            <w:insideV w:val="single" w:sz="5" w:space="0" w:color="95A5A6"/>
          </w:tblBorders>
        </w:tblPrEx>
        <w:trPr>
          <w:cantSplit/>
          <w:trHeight w:val="1587"/>
          <w:jc w:val="center"/>
        </w:trPr>
        <w:tc>
          <w:tcPr>
            <w:tcW w:w="2154" w:type="dxa"/>
            <w:shd w:val="clear" w:color="auto" w:fill="E7F0F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3018DF" w14:textId="77777777" w:rsidR="00715417" w:rsidRDefault="00AE3B84">
            <w:pPr>
              <w:spacing w:line="240" w:lineRule="auto"/>
              <w:jc w:val="center"/>
            </w:pPr>
            <w:r>
              <w:rPr>
                <w:b/>
                <w:color w:val="000000"/>
                <w:sz w:val="17"/>
              </w:rPr>
              <w:t>希望する場所・設備</w:t>
            </w:r>
          </w:p>
        </w:tc>
        <w:tc>
          <w:tcPr>
            <w:tcW w:w="793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36FB6E" w14:textId="77777777" w:rsidR="00715417" w:rsidRDefault="00AE3B84">
            <w:pPr>
              <w:spacing w:line="240" w:lineRule="auto"/>
              <w:rPr>
                <w:lang w:eastAsia="ja-JP"/>
              </w:rPr>
            </w:pPr>
            <w:r>
              <w:rPr>
                <w:color w:val="7A7A7A"/>
                <w:sz w:val="16"/>
                <w:lang w:eastAsia="ja-JP"/>
              </w:rPr>
              <w:t>記載例：飲食営業用トレーラーを希望。テーブル2台と看板を持ち込みます。</w:t>
            </w:r>
            <w:r>
              <w:rPr>
                <w:color w:val="7A7A7A"/>
                <w:sz w:val="16"/>
                <w:lang w:eastAsia="ja-JP"/>
              </w:rPr>
              <w:br/>
            </w:r>
            <w:r>
              <w:rPr>
                <w:color w:val="7A7A7A"/>
                <w:sz w:val="16"/>
                <w:lang w:eastAsia="ja-JP"/>
              </w:rPr>
              <w:br/>
            </w:r>
          </w:p>
        </w:tc>
      </w:tr>
    </w:tbl>
    <w:p w14:paraId="631A2A1D" w14:textId="77777777" w:rsidR="00715417" w:rsidRDefault="00AE3B84">
      <w:pPr>
        <w:rPr>
          <w:lang w:eastAsia="ja-JP"/>
        </w:rPr>
      </w:pPr>
      <w:r>
        <w:rPr>
          <w:lang w:eastAsia="ja-JP"/>
        </w:rPr>
        <w:br w:type="page"/>
      </w:r>
    </w:p>
    <w:tbl>
      <w:tblPr>
        <w:tblW w:w="0" w:type="auto"/>
        <w:jc w:val="center"/>
        <w:tblBorders>
          <w:top w:val="single" w:sz="4" w:space="0" w:color="2F6B7C"/>
          <w:left w:val="single" w:sz="4" w:space="0" w:color="2F6B7C"/>
          <w:bottom w:val="single" w:sz="4" w:space="0" w:color="2F6B7C"/>
          <w:right w:val="single" w:sz="4" w:space="0" w:color="2F6B7C"/>
          <w:insideH w:val="single" w:sz="4" w:space="0" w:color="2F6B7C"/>
          <w:insideV w:val="single" w:sz="4" w:space="0" w:color="2F6B7C"/>
        </w:tblBorders>
        <w:tblLayout w:type="fixed"/>
        <w:tblLook w:val="04A0" w:firstRow="1" w:lastRow="0" w:firstColumn="1" w:lastColumn="0" w:noHBand="0" w:noVBand="1"/>
      </w:tblPr>
      <w:tblGrid>
        <w:gridCol w:w="2154"/>
        <w:gridCol w:w="7938"/>
      </w:tblGrid>
      <w:tr w:rsidR="00715417" w14:paraId="774476A9" w14:textId="77777777">
        <w:trPr>
          <w:jc w:val="center"/>
        </w:trPr>
        <w:tc>
          <w:tcPr>
            <w:tcW w:w="10092" w:type="dxa"/>
            <w:gridSpan w:val="2"/>
            <w:shd w:val="clear" w:color="auto" w:fill="2F6B7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CE8800" w14:textId="77777777" w:rsidR="00715417" w:rsidRDefault="00AE3B84">
            <w:pPr>
              <w:spacing w:line="240" w:lineRule="auto"/>
              <w:rPr>
                <w:lang w:eastAsia="ja-JP"/>
              </w:rPr>
            </w:pPr>
            <w:r>
              <w:rPr>
                <w:b/>
                <w:color w:val="FFFFFF"/>
                <w:sz w:val="21"/>
                <w:lang w:eastAsia="ja-JP"/>
              </w:rPr>
              <w:lastRenderedPageBreak/>
              <w:t>3　実施に向けて確認したいこと</w:t>
            </w:r>
          </w:p>
        </w:tc>
      </w:tr>
      <w:tr w:rsidR="00715417" w14:paraId="6B533B9E" w14:textId="77777777">
        <w:tblPrEx>
          <w:tblBorders>
            <w:top w:val="single" w:sz="5" w:space="0" w:color="95A5A6"/>
            <w:left w:val="single" w:sz="5" w:space="0" w:color="95A5A6"/>
            <w:bottom w:val="single" w:sz="5" w:space="0" w:color="95A5A6"/>
            <w:right w:val="single" w:sz="5" w:space="0" w:color="95A5A6"/>
            <w:insideH w:val="single" w:sz="5" w:space="0" w:color="95A5A6"/>
            <w:insideV w:val="single" w:sz="5" w:space="0" w:color="95A5A6"/>
          </w:tblBorders>
        </w:tblPrEx>
        <w:trPr>
          <w:cantSplit/>
          <w:trHeight w:val="1360"/>
          <w:jc w:val="center"/>
        </w:trPr>
        <w:tc>
          <w:tcPr>
            <w:tcW w:w="2154" w:type="dxa"/>
            <w:shd w:val="clear" w:color="auto" w:fill="E7F0F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892B9B" w14:textId="77777777" w:rsidR="00715417" w:rsidRDefault="00AE3B84">
            <w:pPr>
              <w:spacing w:line="240" w:lineRule="auto"/>
              <w:jc w:val="center"/>
            </w:pPr>
            <w:r>
              <w:rPr>
                <w:b/>
                <w:color w:val="000000"/>
                <w:sz w:val="17"/>
              </w:rPr>
              <w:t>必要な許可・届出</w:t>
            </w:r>
          </w:p>
        </w:tc>
        <w:tc>
          <w:tcPr>
            <w:tcW w:w="793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5A96AC" w14:textId="77777777" w:rsidR="00715417" w:rsidRDefault="00AE3B84">
            <w:pPr>
              <w:spacing w:line="240" w:lineRule="auto"/>
              <w:rPr>
                <w:lang w:eastAsia="ja-JP"/>
              </w:rPr>
            </w:pPr>
            <w:r>
              <w:rPr>
                <w:color w:val="7A7A7A"/>
                <w:sz w:val="16"/>
                <w:lang w:eastAsia="ja-JP"/>
              </w:rPr>
              <w:t>記載例：飲食店営業許可を取得済みです。</w:t>
            </w:r>
            <w:r>
              <w:rPr>
                <w:color w:val="7A7A7A"/>
                <w:sz w:val="16"/>
                <w:lang w:eastAsia="ja-JP"/>
              </w:rPr>
              <w:br/>
              <w:t>該当しない場合は「なし」と記載してください。</w:t>
            </w:r>
          </w:p>
        </w:tc>
      </w:tr>
      <w:tr w:rsidR="00715417" w14:paraId="4A780A73" w14:textId="77777777">
        <w:tblPrEx>
          <w:tblBorders>
            <w:top w:val="single" w:sz="5" w:space="0" w:color="95A5A6"/>
            <w:left w:val="single" w:sz="5" w:space="0" w:color="95A5A6"/>
            <w:bottom w:val="single" w:sz="5" w:space="0" w:color="95A5A6"/>
            <w:right w:val="single" w:sz="5" w:space="0" w:color="95A5A6"/>
            <w:insideH w:val="single" w:sz="5" w:space="0" w:color="95A5A6"/>
            <w:insideV w:val="single" w:sz="5" w:space="0" w:color="95A5A6"/>
          </w:tblBorders>
        </w:tblPrEx>
        <w:trPr>
          <w:cantSplit/>
          <w:trHeight w:val="1814"/>
          <w:jc w:val="center"/>
        </w:trPr>
        <w:tc>
          <w:tcPr>
            <w:tcW w:w="2154" w:type="dxa"/>
            <w:shd w:val="clear" w:color="auto" w:fill="E7F0F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231541" w14:textId="77777777" w:rsidR="00715417" w:rsidRDefault="00AE3B84">
            <w:pPr>
              <w:spacing w:line="240" w:lineRule="auto"/>
              <w:jc w:val="center"/>
            </w:pPr>
            <w:r>
              <w:rPr>
                <w:b/>
                <w:color w:val="000000"/>
                <w:sz w:val="17"/>
              </w:rPr>
              <w:t>安全面での対応</w:t>
            </w:r>
          </w:p>
        </w:tc>
        <w:tc>
          <w:tcPr>
            <w:tcW w:w="793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F35E5E" w14:textId="77777777" w:rsidR="00715417" w:rsidRDefault="00AE3B84">
            <w:pPr>
              <w:spacing w:line="240" w:lineRule="auto"/>
              <w:rPr>
                <w:lang w:eastAsia="ja-JP"/>
              </w:rPr>
            </w:pPr>
            <w:r>
              <w:rPr>
                <w:color w:val="7A7A7A"/>
                <w:sz w:val="16"/>
                <w:lang w:eastAsia="ja-JP"/>
              </w:rPr>
              <w:t>記載例：火気は使用しません。イベント保険に加入予定です。</w:t>
            </w:r>
            <w:r>
              <w:rPr>
                <w:color w:val="7A7A7A"/>
                <w:sz w:val="16"/>
                <w:lang w:eastAsia="ja-JP"/>
              </w:rPr>
              <w:br/>
            </w:r>
            <w:r>
              <w:rPr>
                <w:color w:val="7A7A7A"/>
                <w:sz w:val="16"/>
                <w:lang w:eastAsia="ja-JP"/>
              </w:rPr>
              <w:br/>
            </w:r>
          </w:p>
        </w:tc>
      </w:tr>
      <w:tr w:rsidR="00715417" w14:paraId="1B521265" w14:textId="77777777">
        <w:tblPrEx>
          <w:tblBorders>
            <w:top w:val="single" w:sz="5" w:space="0" w:color="95A5A6"/>
            <w:left w:val="single" w:sz="5" w:space="0" w:color="95A5A6"/>
            <w:bottom w:val="single" w:sz="5" w:space="0" w:color="95A5A6"/>
            <w:right w:val="single" w:sz="5" w:space="0" w:color="95A5A6"/>
            <w:insideH w:val="single" w:sz="5" w:space="0" w:color="95A5A6"/>
            <w:insideV w:val="single" w:sz="5" w:space="0" w:color="95A5A6"/>
          </w:tblBorders>
        </w:tblPrEx>
        <w:trPr>
          <w:cantSplit/>
          <w:trHeight w:val="2097"/>
          <w:jc w:val="center"/>
        </w:trPr>
        <w:tc>
          <w:tcPr>
            <w:tcW w:w="2154" w:type="dxa"/>
            <w:shd w:val="clear" w:color="auto" w:fill="E7F0F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35B07F" w14:textId="77777777" w:rsidR="00715417" w:rsidRDefault="00AE3B84">
            <w:pPr>
              <w:spacing w:line="240" w:lineRule="auto"/>
              <w:jc w:val="center"/>
              <w:rPr>
                <w:lang w:eastAsia="ja-JP"/>
              </w:rPr>
            </w:pPr>
            <w:r>
              <w:rPr>
                <w:b/>
                <w:color w:val="000000"/>
                <w:sz w:val="17"/>
                <w:lang w:eastAsia="ja-JP"/>
              </w:rPr>
              <w:t>京都府に相談したいこと</w:t>
            </w:r>
          </w:p>
        </w:tc>
        <w:tc>
          <w:tcPr>
            <w:tcW w:w="7938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C0E65A" w14:textId="77777777" w:rsidR="00715417" w:rsidRDefault="00AE3B84">
            <w:pPr>
              <w:spacing w:line="240" w:lineRule="auto"/>
              <w:rPr>
                <w:lang w:eastAsia="ja-JP"/>
              </w:rPr>
            </w:pPr>
            <w:r>
              <w:rPr>
                <w:color w:val="7A7A7A"/>
                <w:sz w:val="16"/>
                <w:lang w:eastAsia="ja-JP"/>
              </w:rPr>
              <w:t>記載例：電源の使用可否や搬入時間について、事前に相談したいです。</w:t>
            </w:r>
            <w:r>
              <w:rPr>
                <w:color w:val="7A7A7A"/>
                <w:sz w:val="16"/>
                <w:lang w:eastAsia="ja-JP"/>
              </w:rPr>
              <w:br/>
              <w:t>特にない場合は「なし」と記載してください。</w:t>
            </w:r>
            <w:r>
              <w:rPr>
                <w:color w:val="7A7A7A"/>
                <w:sz w:val="16"/>
                <w:lang w:eastAsia="ja-JP"/>
              </w:rPr>
              <w:br/>
            </w:r>
            <w:r>
              <w:rPr>
                <w:color w:val="7A7A7A"/>
                <w:sz w:val="16"/>
                <w:lang w:eastAsia="ja-JP"/>
              </w:rPr>
              <w:br/>
            </w:r>
          </w:p>
        </w:tc>
      </w:tr>
    </w:tbl>
    <w:p w14:paraId="36985E5F" w14:textId="77777777" w:rsidR="00715417" w:rsidRDefault="00715417">
      <w:pPr>
        <w:spacing w:after="20"/>
        <w:rPr>
          <w:lang w:eastAsia="ja-JP"/>
        </w:rPr>
      </w:pPr>
    </w:p>
    <w:tbl>
      <w:tblPr>
        <w:tblW w:w="0" w:type="auto"/>
        <w:jc w:val="center"/>
        <w:tblBorders>
          <w:top w:val="single" w:sz="4" w:space="0" w:color="2F6B7C"/>
          <w:left w:val="single" w:sz="4" w:space="0" w:color="2F6B7C"/>
          <w:bottom w:val="single" w:sz="4" w:space="0" w:color="2F6B7C"/>
          <w:right w:val="single" w:sz="4" w:space="0" w:color="2F6B7C"/>
          <w:insideH w:val="single" w:sz="4" w:space="0" w:color="2F6B7C"/>
          <w:insideV w:val="single" w:sz="4" w:space="0" w:color="2F6B7C"/>
        </w:tblBorders>
        <w:tblLayout w:type="fixed"/>
        <w:tblLook w:val="04A0" w:firstRow="1" w:lastRow="0" w:firstColumn="1" w:lastColumn="0" w:noHBand="0" w:noVBand="1"/>
      </w:tblPr>
      <w:tblGrid>
        <w:gridCol w:w="10092"/>
      </w:tblGrid>
      <w:tr w:rsidR="00715417" w14:paraId="72F2E042" w14:textId="77777777">
        <w:trPr>
          <w:jc w:val="center"/>
        </w:trPr>
        <w:tc>
          <w:tcPr>
            <w:tcW w:w="10092" w:type="dxa"/>
            <w:shd w:val="clear" w:color="auto" w:fill="2F6B7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692666" w14:textId="77777777" w:rsidR="00715417" w:rsidRDefault="00AE3B84">
            <w:pPr>
              <w:spacing w:line="240" w:lineRule="auto"/>
            </w:pPr>
            <w:r>
              <w:rPr>
                <w:b/>
                <w:color w:val="FFFFFF"/>
                <w:sz w:val="21"/>
              </w:rPr>
              <w:t>4　確認事項</w:t>
            </w:r>
          </w:p>
        </w:tc>
      </w:tr>
      <w:tr w:rsidR="00715417" w14:paraId="0537EDF4" w14:textId="77777777">
        <w:tblPrEx>
          <w:tblBorders>
            <w:top w:val="single" w:sz="4" w:space="0" w:color="B8C5CA"/>
            <w:left w:val="single" w:sz="4" w:space="0" w:color="B8C5CA"/>
            <w:bottom w:val="single" w:sz="4" w:space="0" w:color="B8C5CA"/>
            <w:right w:val="single" w:sz="4" w:space="0" w:color="B8C5CA"/>
            <w:insideH w:val="single" w:sz="4" w:space="0" w:color="B8C5CA"/>
            <w:insideV w:val="single" w:sz="4" w:space="0" w:color="B8C5CA"/>
          </w:tblBorders>
        </w:tblPrEx>
        <w:trPr>
          <w:cantSplit/>
          <w:trHeight w:val="623"/>
          <w:jc w:val="center"/>
        </w:trPr>
        <w:tc>
          <w:tcPr>
            <w:tcW w:w="1009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922F92" w14:textId="77777777" w:rsidR="00715417" w:rsidRDefault="00AE3B84">
            <w:pPr>
              <w:spacing w:line="240" w:lineRule="auto"/>
              <w:rPr>
                <w:lang w:eastAsia="ja-JP"/>
              </w:rPr>
            </w:pPr>
            <w:r>
              <w:rPr>
                <w:color w:val="000000"/>
                <w:sz w:val="18"/>
                <w:lang w:eastAsia="ja-JP"/>
              </w:rPr>
              <w:t>□　実施要項に定める参加資格及び提案要件を満たしています。</w:t>
            </w:r>
          </w:p>
        </w:tc>
      </w:tr>
      <w:tr w:rsidR="00715417" w14:paraId="7F3C58BC" w14:textId="77777777">
        <w:tblPrEx>
          <w:tblBorders>
            <w:top w:val="single" w:sz="4" w:space="0" w:color="B8C5CA"/>
            <w:left w:val="single" w:sz="4" w:space="0" w:color="B8C5CA"/>
            <w:bottom w:val="single" w:sz="4" w:space="0" w:color="B8C5CA"/>
            <w:right w:val="single" w:sz="4" w:space="0" w:color="B8C5CA"/>
            <w:insideH w:val="single" w:sz="4" w:space="0" w:color="B8C5CA"/>
            <w:insideV w:val="single" w:sz="4" w:space="0" w:color="B8C5CA"/>
          </w:tblBorders>
        </w:tblPrEx>
        <w:trPr>
          <w:cantSplit/>
          <w:trHeight w:val="623"/>
          <w:jc w:val="center"/>
        </w:trPr>
        <w:tc>
          <w:tcPr>
            <w:tcW w:w="10092" w:type="dxa"/>
            <w:shd w:val="clear" w:color="auto" w:fill="F6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B04B0F" w14:textId="77777777" w:rsidR="00715417" w:rsidRDefault="00AE3B84">
            <w:pPr>
              <w:spacing w:line="240" w:lineRule="auto"/>
              <w:rPr>
                <w:lang w:eastAsia="ja-JP"/>
              </w:rPr>
            </w:pPr>
            <w:r>
              <w:rPr>
                <w:color w:val="000000"/>
                <w:sz w:val="18"/>
                <w:lang w:eastAsia="ja-JP"/>
              </w:rPr>
              <w:t>□　関係法令を守り、必要な許可・届出や安全対策を行います。</w:t>
            </w:r>
          </w:p>
        </w:tc>
      </w:tr>
      <w:tr w:rsidR="00715417" w14:paraId="3040FC52" w14:textId="77777777">
        <w:tblPrEx>
          <w:tblBorders>
            <w:top w:val="single" w:sz="4" w:space="0" w:color="B8C5CA"/>
            <w:left w:val="single" w:sz="4" w:space="0" w:color="B8C5CA"/>
            <w:bottom w:val="single" w:sz="4" w:space="0" w:color="B8C5CA"/>
            <w:right w:val="single" w:sz="4" w:space="0" w:color="B8C5CA"/>
            <w:insideH w:val="single" w:sz="4" w:space="0" w:color="B8C5CA"/>
            <w:insideV w:val="single" w:sz="4" w:space="0" w:color="B8C5CA"/>
          </w:tblBorders>
        </w:tblPrEx>
        <w:trPr>
          <w:cantSplit/>
          <w:trHeight w:val="623"/>
          <w:jc w:val="center"/>
        </w:trPr>
        <w:tc>
          <w:tcPr>
            <w:tcW w:w="1009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251FC7" w14:textId="77777777" w:rsidR="00715417" w:rsidRDefault="00AE3B84">
            <w:pPr>
              <w:spacing w:line="240" w:lineRule="auto"/>
              <w:rPr>
                <w:lang w:eastAsia="ja-JP"/>
              </w:rPr>
            </w:pPr>
            <w:r>
              <w:rPr>
                <w:color w:val="000000"/>
                <w:sz w:val="18"/>
                <w:lang w:eastAsia="ja-JP"/>
              </w:rPr>
              <w:t>□　実施に必要な費用を負担し、終了後は原状回復を行います。</w:t>
            </w:r>
          </w:p>
        </w:tc>
      </w:tr>
      <w:tr w:rsidR="00715417" w14:paraId="0E233554" w14:textId="77777777">
        <w:tblPrEx>
          <w:tblBorders>
            <w:top w:val="single" w:sz="4" w:space="0" w:color="B8C5CA"/>
            <w:left w:val="single" w:sz="4" w:space="0" w:color="B8C5CA"/>
            <w:bottom w:val="single" w:sz="4" w:space="0" w:color="B8C5CA"/>
            <w:right w:val="single" w:sz="4" w:space="0" w:color="B8C5CA"/>
            <w:insideH w:val="single" w:sz="4" w:space="0" w:color="B8C5CA"/>
            <w:insideV w:val="single" w:sz="4" w:space="0" w:color="B8C5CA"/>
          </w:tblBorders>
        </w:tblPrEx>
        <w:trPr>
          <w:cantSplit/>
          <w:trHeight w:val="623"/>
          <w:jc w:val="center"/>
        </w:trPr>
        <w:tc>
          <w:tcPr>
            <w:tcW w:w="10092" w:type="dxa"/>
            <w:shd w:val="clear" w:color="auto" w:fill="F6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1CA643" w14:textId="77777777" w:rsidR="00715417" w:rsidRDefault="00AE3B84">
            <w:pPr>
              <w:spacing w:line="240" w:lineRule="auto"/>
              <w:rPr>
                <w:lang w:eastAsia="ja-JP"/>
              </w:rPr>
            </w:pPr>
            <w:r>
              <w:rPr>
                <w:color w:val="000000"/>
                <w:sz w:val="18"/>
                <w:lang w:eastAsia="ja-JP"/>
              </w:rPr>
              <w:t>□　利用者アンケートや実施結果の報告に協力します。</w:t>
            </w:r>
          </w:p>
        </w:tc>
      </w:tr>
    </w:tbl>
    <w:p w14:paraId="77C19AF3" w14:textId="77777777" w:rsidR="00715417" w:rsidRDefault="00AE3B84">
      <w:pPr>
        <w:spacing w:before="60" w:after="60"/>
        <w:jc w:val="center"/>
        <w:rPr>
          <w:lang w:eastAsia="ja-JP"/>
        </w:rPr>
      </w:pPr>
      <w:r>
        <w:rPr>
          <w:color w:val="666666"/>
          <w:sz w:val="17"/>
          <w:lang w:eastAsia="ja-JP"/>
        </w:rPr>
        <w:t>添付資料は任意です。企画書や写真などがあれば、申込書と一緒にお送りください。</w:t>
      </w:r>
    </w:p>
    <w:tbl>
      <w:tblPr>
        <w:tblW w:w="0" w:type="auto"/>
        <w:jc w:val="center"/>
        <w:tblBorders>
          <w:top w:val="single" w:sz="4" w:space="0" w:color="2F6B7C"/>
          <w:left w:val="single" w:sz="4" w:space="0" w:color="2F6B7C"/>
          <w:bottom w:val="single" w:sz="4" w:space="0" w:color="2F6B7C"/>
          <w:right w:val="single" w:sz="4" w:space="0" w:color="2F6B7C"/>
          <w:insideH w:val="single" w:sz="4" w:space="0" w:color="2F6B7C"/>
          <w:insideV w:val="single" w:sz="4" w:space="0" w:color="2F6B7C"/>
        </w:tblBorders>
        <w:tblLayout w:type="fixed"/>
        <w:tblLook w:val="04A0" w:firstRow="1" w:lastRow="0" w:firstColumn="1" w:lastColumn="0" w:noHBand="0" w:noVBand="1"/>
      </w:tblPr>
      <w:tblGrid>
        <w:gridCol w:w="10092"/>
      </w:tblGrid>
      <w:tr w:rsidR="00715417" w14:paraId="2A804F17" w14:textId="77777777">
        <w:trPr>
          <w:jc w:val="center"/>
        </w:trPr>
        <w:tc>
          <w:tcPr>
            <w:tcW w:w="10092" w:type="dxa"/>
            <w:shd w:val="clear" w:color="auto" w:fill="2F6B7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624866" w14:textId="77777777" w:rsidR="00715417" w:rsidRDefault="00AE3B84">
            <w:pPr>
              <w:spacing w:line="240" w:lineRule="auto"/>
            </w:pPr>
            <w:r>
              <w:rPr>
                <w:b/>
                <w:color w:val="FFFFFF"/>
                <w:sz w:val="21"/>
              </w:rPr>
              <w:t>提出先</w:t>
            </w:r>
          </w:p>
        </w:tc>
      </w:tr>
      <w:tr w:rsidR="00715417" w14:paraId="651C958D" w14:textId="77777777">
        <w:tblPrEx>
          <w:tblBorders>
            <w:top w:val="single" w:sz="5" w:space="0" w:color="95A5A6"/>
            <w:left w:val="single" w:sz="5" w:space="0" w:color="95A5A6"/>
            <w:bottom w:val="single" w:sz="5" w:space="0" w:color="95A5A6"/>
            <w:right w:val="single" w:sz="5" w:space="0" w:color="95A5A6"/>
            <w:insideH w:val="single" w:sz="5" w:space="0" w:color="95A5A6"/>
            <w:insideV w:val="single" w:sz="5" w:space="0" w:color="95A5A6"/>
          </w:tblBorders>
        </w:tblPrEx>
        <w:trPr>
          <w:jc w:val="center"/>
        </w:trPr>
        <w:tc>
          <w:tcPr>
            <w:tcW w:w="10092" w:type="dxa"/>
            <w:shd w:val="clear" w:color="auto" w:fill="F3F7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66FDA0" w14:textId="0BBF4EE9" w:rsidR="00715417" w:rsidRDefault="00AE3B84">
            <w:pPr>
              <w:spacing w:line="240" w:lineRule="auto"/>
            </w:pPr>
            <w:r>
              <w:rPr>
                <w:color w:val="000000"/>
                <w:sz w:val="17"/>
                <w:lang w:eastAsia="ja-JP"/>
              </w:rPr>
              <w:t>申込受付期間：令和8年9月</w:t>
            </w:r>
            <w:r w:rsidR="00FF79FD">
              <w:rPr>
                <w:rFonts w:ascii="ＭＳ 明朝" w:eastAsia="ＭＳ 明朝" w:hAnsi="ＭＳ 明朝" w:cs="ＭＳ 明朝" w:hint="eastAsia"/>
                <w:color w:val="000000"/>
                <w:sz w:val="17"/>
                <w:lang w:eastAsia="ja-JP"/>
              </w:rPr>
              <w:t>11</w:t>
            </w:r>
            <w:r>
              <w:rPr>
                <w:color w:val="000000"/>
                <w:sz w:val="17"/>
                <w:lang w:eastAsia="ja-JP"/>
              </w:rPr>
              <w:t>日（</w:t>
            </w:r>
            <w:r w:rsidR="00FF79FD">
              <w:rPr>
                <w:rFonts w:ascii="ＭＳ 明朝" w:eastAsia="ＭＳ 明朝" w:hAnsi="ＭＳ 明朝" w:cs="ＭＳ 明朝" w:hint="eastAsia"/>
                <w:color w:val="000000"/>
                <w:sz w:val="17"/>
                <w:lang w:eastAsia="ja-JP"/>
              </w:rPr>
              <w:t>金</w:t>
            </w:r>
            <w:r>
              <w:rPr>
                <w:color w:val="000000"/>
                <w:sz w:val="17"/>
                <w:lang w:eastAsia="ja-JP"/>
              </w:rPr>
              <w:t>）～10月1日（木）</w:t>
            </w:r>
            <w:r>
              <w:rPr>
                <w:color w:val="000000"/>
                <w:sz w:val="17"/>
                <w:lang w:eastAsia="ja-JP"/>
              </w:rPr>
              <w:br/>
              <w:t>提出方法：必要事項を記載し、メールで提出してください。</w:t>
            </w:r>
            <w:r>
              <w:rPr>
                <w:color w:val="000000"/>
                <w:sz w:val="17"/>
                <w:lang w:eastAsia="ja-JP"/>
              </w:rPr>
              <w:br/>
            </w:r>
            <w:r>
              <w:rPr>
                <w:color w:val="000000"/>
                <w:sz w:val="17"/>
                <w:lang w:eastAsia="ja-JP"/>
              </w:rPr>
              <w:br/>
            </w:r>
            <w:r>
              <w:rPr>
                <w:color w:val="000000"/>
                <w:sz w:val="17"/>
              </w:rPr>
              <w:t>京都府港湾局 港湾企画課 計画係</w:t>
            </w:r>
            <w:r>
              <w:rPr>
                <w:color w:val="000000"/>
                <w:sz w:val="17"/>
              </w:rPr>
              <w:br/>
              <w:t>E-mail：kowan-kikaku@pref.kyoto.lg.jp</w:t>
            </w:r>
            <w:r>
              <w:rPr>
                <w:color w:val="000000"/>
                <w:sz w:val="17"/>
              </w:rPr>
              <w:br/>
              <w:t>TEL：0773-75-0192　※提出後の到達確認にご利用ください。</w:t>
            </w:r>
          </w:p>
        </w:tc>
      </w:tr>
    </w:tbl>
    <w:p w14:paraId="14A2256E" w14:textId="77777777" w:rsidR="00AE3B84" w:rsidRDefault="00AE3B84"/>
    <w:sectPr w:rsidR="00AE3B84" w:rsidSect="00034616">
      <w:headerReference w:type="default" r:id="rId8"/>
      <w:footerReference w:type="default" r:id="rId9"/>
      <w:pgSz w:w="11906" w:h="16838"/>
      <w:pgMar w:top="737" w:right="907" w:bottom="737" w:left="907" w:header="34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E19FC" w14:textId="77777777" w:rsidR="00A96802" w:rsidRDefault="00A96802">
      <w:pPr>
        <w:spacing w:line="240" w:lineRule="auto"/>
      </w:pPr>
      <w:r>
        <w:separator/>
      </w:r>
    </w:p>
  </w:endnote>
  <w:endnote w:type="continuationSeparator" w:id="0">
    <w:p w14:paraId="68639C6D" w14:textId="77777777" w:rsidR="00A96802" w:rsidRDefault="00A968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oto Sans CJK JP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DD719" w14:textId="77777777" w:rsidR="00715417" w:rsidRDefault="00AE3B84">
    <w:pPr>
      <w:pStyle w:val="a7"/>
      <w:jc w:val="center"/>
      <w:rPr>
        <w:lang w:eastAsia="ja-JP"/>
      </w:rPr>
    </w:pPr>
    <w:r>
      <w:rPr>
        <w:color w:val="888888"/>
        <w:sz w:val="15"/>
        <w:lang w:eastAsia="ja-JP"/>
      </w:rPr>
      <w:t>京都舞鶴港大野辺緑地　みなと緑地トライアルサウンディング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B6024" w14:textId="77777777" w:rsidR="00A96802" w:rsidRDefault="00A96802">
      <w:pPr>
        <w:spacing w:line="240" w:lineRule="auto"/>
      </w:pPr>
      <w:r>
        <w:separator/>
      </w:r>
    </w:p>
  </w:footnote>
  <w:footnote w:type="continuationSeparator" w:id="0">
    <w:p w14:paraId="1F0FD31C" w14:textId="77777777" w:rsidR="00A96802" w:rsidRDefault="00A968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C93CE" w14:textId="77777777" w:rsidR="00715417" w:rsidRDefault="00AE3B84">
    <w:pPr>
      <w:pStyle w:val="a5"/>
      <w:jc w:val="right"/>
    </w:pPr>
    <w:r>
      <w:rPr>
        <w:color w:val="888888"/>
        <w:sz w:val="15"/>
      </w:rPr>
      <w:t>様式1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71280478">
    <w:abstractNumId w:val="8"/>
  </w:num>
  <w:num w:numId="2" w16cid:durableId="1792165761">
    <w:abstractNumId w:val="6"/>
  </w:num>
  <w:num w:numId="3" w16cid:durableId="1254973592">
    <w:abstractNumId w:val="5"/>
  </w:num>
  <w:num w:numId="4" w16cid:durableId="314116530">
    <w:abstractNumId w:val="4"/>
  </w:num>
  <w:num w:numId="5" w16cid:durableId="1752576750">
    <w:abstractNumId w:val="7"/>
  </w:num>
  <w:num w:numId="6" w16cid:durableId="94326930">
    <w:abstractNumId w:val="3"/>
  </w:num>
  <w:num w:numId="7" w16cid:durableId="488523415">
    <w:abstractNumId w:val="2"/>
  </w:num>
  <w:num w:numId="8" w16cid:durableId="656349555">
    <w:abstractNumId w:val="1"/>
  </w:num>
  <w:num w:numId="9" w16cid:durableId="1677926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15417"/>
    <w:rsid w:val="00A96802"/>
    <w:rsid w:val="00AA1D8D"/>
    <w:rsid w:val="00AA702E"/>
    <w:rsid w:val="00AE3B84"/>
    <w:rsid w:val="00B47730"/>
    <w:rsid w:val="00C569BC"/>
    <w:rsid w:val="00CB0664"/>
    <w:rsid w:val="00DF5457"/>
    <w:rsid w:val="00FC693F"/>
    <w:rsid w:val="00FF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BB0D8D"/>
  <w14:defaultImageDpi w14:val="300"/>
  <w15:docId w15:val="{162BCFCA-B8A7-486B-AB54-7BEEC80C7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52" w:lineRule="auto"/>
    </w:pPr>
    <w:rPr>
      <w:rFonts w:ascii="Noto Sans CJK JP" w:eastAsia="Noto Sans CJK JP" w:hAnsi="Noto Sans CJK JP"/>
      <w:sz w:val="19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120</Words>
  <Characters>686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京都舞鶴港大野辺緑地 みなと緑地トライアルサウンディング利用申込書（簡易版）</vt:lpstr>
      <vt:lpstr/>
    </vt:vector>
  </TitlesOfParts>
  <Manager/>
  <Company/>
  <LinksUpToDate>false</LinksUpToDate>
  <CharactersWithSpaces>805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京都舞鶴港大野辺緑地 みなと緑地トライアルサウンディング利用申込書（簡易版）</dc:title>
  <dc:subject/>
  <dc:creator>梅垣　天翔</dc:creator>
  <cp:keywords/>
  <dc:description>generated by python-docx</dc:description>
  <cp:lastModifiedBy>水上　真由子</cp:lastModifiedBy>
  <cp:revision>3</cp:revision>
  <cp:lastPrinted>2026-09-01T03:50:00Z</cp:lastPrinted>
  <dcterms:created xsi:type="dcterms:W3CDTF">2026-08-24T11:27:00Z</dcterms:created>
  <dcterms:modified xsi:type="dcterms:W3CDTF">2026-09-01T03:50:00Z</dcterms:modified>
  <cp:category/>
</cp:coreProperties>
</file>