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E770C" w14:textId="77777777" w:rsidR="003E7E00" w:rsidRPr="003E7E00" w:rsidRDefault="003E7E00" w:rsidP="003E7E00">
      <w:pPr>
        <w:rPr>
          <w:bCs/>
          <w:sz w:val="21"/>
          <w:szCs w:val="21"/>
          <w:lang w:eastAsia="ja-JP"/>
        </w:rPr>
      </w:pPr>
      <w:r w:rsidRPr="003E7E00">
        <w:rPr>
          <w:rFonts w:hint="eastAsia"/>
          <w:bCs/>
          <w:sz w:val="21"/>
          <w:szCs w:val="21"/>
          <w:lang w:eastAsia="ja-JP"/>
        </w:rPr>
        <w:t xml:space="preserve">別紙７　　　　　　　　</w:t>
      </w:r>
    </w:p>
    <w:p w14:paraId="61E5596E" w14:textId="6F42E3EA" w:rsidR="008D6F2B" w:rsidRPr="001F3A87" w:rsidRDefault="00CC2BF2" w:rsidP="003E7E00">
      <w:pPr>
        <w:jc w:val="center"/>
        <w:rPr>
          <w:rFonts w:ascii="ＭＳ 明朝" w:eastAsia="ＭＳ 明朝" w:hAnsi="ＭＳ 明朝"/>
          <w:bCs/>
          <w:sz w:val="28"/>
          <w:lang w:eastAsia="ja-JP"/>
        </w:rPr>
      </w:pPr>
      <w:r w:rsidRPr="001F3A87">
        <w:rPr>
          <w:rFonts w:ascii="ＭＳ 明朝" w:eastAsia="ＭＳ 明朝" w:hAnsi="ＭＳ 明朝" w:hint="eastAsia"/>
          <w:bCs/>
          <w:sz w:val="28"/>
          <w:lang w:eastAsia="ja-JP"/>
        </w:rPr>
        <w:t>副業・兼業</w:t>
      </w:r>
      <w:r w:rsidRPr="001F3A87">
        <w:rPr>
          <w:rFonts w:ascii="ＭＳ 明朝" w:eastAsia="ＭＳ 明朝" w:hAnsi="ＭＳ 明朝"/>
          <w:bCs/>
          <w:sz w:val="28"/>
          <w:lang w:eastAsia="ja-JP"/>
        </w:rPr>
        <w:t>人材活用計画書</w:t>
      </w:r>
    </w:p>
    <w:p w14:paraId="72406420" w14:textId="77777777" w:rsidR="003E7E00" w:rsidRPr="003E7E00" w:rsidRDefault="003E7E00" w:rsidP="003E7E00">
      <w:pPr>
        <w:jc w:val="center"/>
        <w:rPr>
          <w:b/>
          <w:sz w:val="28"/>
          <w:lang w:eastAsia="ja-JP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114"/>
        <w:gridCol w:w="7416"/>
      </w:tblGrid>
      <w:tr w:rsidR="00A87CAD" w14:paraId="19D5FFB9" w14:textId="77777777" w:rsidTr="00A96BAB">
        <w:trPr>
          <w:trHeight w:val="544"/>
        </w:trPr>
        <w:tc>
          <w:tcPr>
            <w:tcW w:w="3114" w:type="dxa"/>
            <w:vAlign w:val="center"/>
          </w:tcPr>
          <w:p w14:paraId="36A4C999" w14:textId="4DF1D9E7" w:rsidR="00A87CAD" w:rsidRPr="007B67C2" w:rsidRDefault="002C43E9" w:rsidP="00A96BAB">
            <w:pPr>
              <w:jc w:val="both"/>
              <w:rPr>
                <w:color w:val="000000" w:themeColor="text1"/>
                <w:lang w:eastAsia="ja-JP"/>
              </w:rPr>
            </w:pPr>
            <w:r w:rsidRPr="007B67C2">
              <w:rPr>
                <w:rFonts w:hint="eastAsia"/>
                <w:color w:val="000000" w:themeColor="text1"/>
                <w:lang w:eastAsia="ja-JP"/>
              </w:rPr>
              <w:t>活用</w:t>
            </w:r>
            <w:r w:rsidR="00A87CAD" w:rsidRPr="007B67C2">
              <w:rPr>
                <w:rFonts w:hint="eastAsia"/>
                <w:color w:val="000000" w:themeColor="text1"/>
                <w:lang w:eastAsia="ja-JP"/>
              </w:rPr>
              <w:t>人数（予定）</w:t>
            </w:r>
          </w:p>
        </w:tc>
        <w:tc>
          <w:tcPr>
            <w:tcW w:w="7416" w:type="dxa"/>
          </w:tcPr>
          <w:p w14:paraId="3B507CF1" w14:textId="6FEAC7AA" w:rsidR="00A87CAD" w:rsidRDefault="00A87CAD">
            <w:pPr>
              <w:rPr>
                <w:lang w:eastAsia="ja-JP"/>
              </w:rPr>
            </w:pPr>
          </w:p>
        </w:tc>
      </w:tr>
      <w:tr w:rsidR="00A87CAD" w14:paraId="35E27341" w14:textId="77777777" w:rsidTr="00A96BAB">
        <w:trPr>
          <w:trHeight w:val="544"/>
        </w:trPr>
        <w:tc>
          <w:tcPr>
            <w:tcW w:w="3114" w:type="dxa"/>
            <w:vAlign w:val="center"/>
          </w:tcPr>
          <w:p w14:paraId="5E909B85" w14:textId="7FB1BA10" w:rsidR="00A87CAD" w:rsidRDefault="002C43E9" w:rsidP="00A96BAB">
            <w:pPr>
              <w:jc w:val="both"/>
              <w:rPr>
                <w:color w:val="000000" w:themeColor="text1"/>
                <w:lang w:eastAsia="ja-JP"/>
              </w:rPr>
            </w:pPr>
            <w:r w:rsidRPr="007B67C2">
              <w:rPr>
                <w:rFonts w:hint="eastAsia"/>
                <w:color w:val="000000" w:themeColor="text1"/>
                <w:lang w:eastAsia="ja-JP"/>
              </w:rPr>
              <w:t>活用</w:t>
            </w:r>
            <w:r w:rsidR="00A87CAD" w:rsidRPr="007B67C2">
              <w:rPr>
                <w:rFonts w:hint="eastAsia"/>
                <w:color w:val="000000" w:themeColor="text1"/>
                <w:lang w:eastAsia="ja-JP"/>
              </w:rPr>
              <w:t>形態</w:t>
            </w:r>
            <w:r w:rsidR="00A96BAB">
              <w:rPr>
                <w:rFonts w:hint="eastAsia"/>
                <w:color w:val="000000" w:themeColor="text1"/>
                <w:lang w:eastAsia="ja-JP"/>
              </w:rPr>
              <w:t>及び</w:t>
            </w:r>
          </w:p>
          <w:p w14:paraId="73EBA051" w14:textId="6D9D5183" w:rsidR="00A96BAB" w:rsidRDefault="00A96BAB" w:rsidP="00A96BAB">
            <w:pPr>
              <w:jc w:val="both"/>
              <w:rPr>
                <w:color w:val="000000" w:themeColor="text1"/>
                <w:lang w:eastAsia="ja-JP"/>
              </w:rPr>
            </w:pPr>
            <w:r>
              <w:rPr>
                <w:rFonts w:hint="eastAsia"/>
                <w:color w:val="000000" w:themeColor="text1"/>
                <w:lang w:eastAsia="ja-JP"/>
              </w:rPr>
              <w:t>契約に要する費用（予定）</w:t>
            </w:r>
          </w:p>
          <w:p w14:paraId="0178DA10" w14:textId="625C8C20" w:rsidR="00A96BAB" w:rsidRPr="007B67C2" w:rsidRDefault="00A96BAB" w:rsidP="00A96BAB">
            <w:pPr>
              <w:jc w:val="both"/>
              <w:rPr>
                <w:color w:val="000000" w:themeColor="text1"/>
                <w:lang w:eastAsia="ja-JP"/>
              </w:rPr>
            </w:pPr>
          </w:p>
        </w:tc>
        <w:tc>
          <w:tcPr>
            <w:tcW w:w="7416" w:type="dxa"/>
          </w:tcPr>
          <w:p w14:paraId="52043BEF" w14:textId="77777777" w:rsidR="00A96BAB" w:rsidRDefault="00A96BAB" w:rsidP="002C43E9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（契約形態）</w:t>
            </w:r>
          </w:p>
          <w:p w14:paraId="417B0334" w14:textId="124AA79A" w:rsidR="00A96BAB" w:rsidRDefault="00BA7F82" w:rsidP="002C43E9">
            <w:pPr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9705817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7CAD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A87CAD">
              <w:rPr>
                <w:rFonts w:hint="eastAsia"/>
                <w:lang w:eastAsia="ja-JP"/>
              </w:rPr>
              <w:t>雇用契約</w:t>
            </w:r>
            <w:r w:rsidR="002C43E9">
              <w:rPr>
                <w:rFonts w:hint="eastAsia"/>
                <w:lang w:eastAsia="ja-JP"/>
              </w:rPr>
              <w:t xml:space="preserve">　　</w:t>
            </w:r>
            <w:sdt>
              <w:sdtPr>
                <w:rPr>
                  <w:rFonts w:hint="eastAsia"/>
                  <w:lang w:eastAsia="ja-JP"/>
                </w:rPr>
                <w:id w:val="-1469352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7CAD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A87CAD">
              <w:rPr>
                <w:rFonts w:hint="eastAsia"/>
                <w:lang w:eastAsia="ja-JP"/>
              </w:rPr>
              <w:t>委託契約</w:t>
            </w:r>
          </w:p>
          <w:p w14:paraId="649B1B0E" w14:textId="077C2A9A" w:rsidR="00A96BAB" w:rsidRDefault="00A96BAB" w:rsidP="002C43E9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（契約に要する費用）</w:t>
            </w:r>
          </w:p>
          <w:p w14:paraId="22362588" w14:textId="77777777" w:rsidR="00A96BAB" w:rsidRPr="00A96BAB" w:rsidRDefault="00A96BAB" w:rsidP="002C43E9">
            <w:pPr>
              <w:rPr>
                <w:lang w:eastAsia="ja-JP"/>
              </w:rPr>
            </w:pPr>
          </w:p>
          <w:p w14:paraId="1452570E" w14:textId="62C08E28" w:rsidR="00A96BAB" w:rsidRPr="00A96BAB" w:rsidRDefault="00A96BAB" w:rsidP="002C43E9">
            <w:pPr>
              <w:rPr>
                <w:lang w:eastAsia="ja-JP"/>
              </w:rPr>
            </w:pPr>
          </w:p>
        </w:tc>
      </w:tr>
      <w:tr w:rsidR="003E7E00" w14:paraId="49629A0A" w14:textId="77777777" w:rsidTr="00A96BAB">
        <w:trPr>
          <w:trHeight w:val="534"/>
        </w:trPr>
        <w:tc>
          <w:tcPr>
            <w:tcW w:w="3114" w:type="dxa"/>
            <w:vAlign w:val="center"/>
          </w:tcPr>
          <w:p w14:paraId="41C00B56" w14:textId="296BF135" w:rsidR="003E7E00" w:rsidRPr="007B67C2" w:rsidRDefault="002C43E9" w:rsidP="00A96BAB">
            <w:pPr>
              <w:jc w:val="both"/>
              <w:rPr>
                <w:color w:val="000000" w:themeColor="text1"/>
                <w:lang w:eastAsia="ja-JP"/>
              </w:rPr>
            </w:pPr>
            <w:r w:rsidRPr="007B67C2">
              <w:rPr>
                <w:rFonts w:hint="eastAsia"/>
                <w:color w:val="000000" w:themeColor="text1"/>
                <w:lang w:eastAsia="ja-JP"/>
              </w:rPr>
              <w:t>活用</w:t>
            </w:r>
            <w:r w:rsidR="003E7E00" w:rsidRPr="007B67C2">
              <w:rPr>
                <w:rFonts w:hint="eastAsia"/>
                <w:color w:val="000000" w:themeColor="text1"/>
                <w:lang w:eastAsia="ja-JP"/>
              </w:rPr>
              <w:t>期間</w:t>
            </w:r>
            <w:r w:rsidR="00A87CAD" w:rsidRPr="007B67C2">
              <w:rPr>
                <w:rFonts w:hint="eastAsia"/>
                <w:color w:val="000000" w:themeColor="text1"/>
                <w:lang w:eastAsia="ja-JP"/>
              </w:rPr>
              <w:t>（予定）</w:t>
            </w:r>
          </w:p>
        </w:tc>
        <w:tc>
          <w:tcPr>
            <w:tcW w:w="7416" w:type="dxa"/>
          </w:tcPr>
          <w:p w14:paraId="0D211656" w14:textId="050BD040" w:rsidR="003E7E00" w:rsidRDefault="00A87CAD">
            <w:r>
              <w:rPr>
                <w:rFonts w:hint="eastAsia"/>
                <w:lang w:eastAsia="ja-JP"/>
              </w:rPr>
              <w:t>令和　　年　　月　　日～令和　　年　　月　　日</w:t>
            </w:r>
          </w:p>
        </w:tc>
      </w:tr>
      <w:tr w:rsidR="008D6F2B" w14:paraId="2D6E8FF4" w14:textId="77777777" w:rsidTr="00A96BAB">
        <w:trPr>
          <w:trHeight w:val="1985"/>
        </w:trPr>
        <w:tc>
          <w:tcPr>
            <w:tcW w:w="3114" w:type="dxa"/>
            <w:vAlign w:val="center"/>
          </w:tcPr>
          <w:p w14:paraId="636EC838" w14:textId="78F30F60" w:rsidR="008D6F2B" w:rsidRPr="007B67C2" w:rsidRDefault="00BA1716" w:rsidP="00A96BAB">
            <w:pPr>
              <w:jc w:val="both"/>
              <w:rPr>
                <w:color w:val="000000" w:themeColor="text1"/>
                <w:lang w:eastAsia="ja-JP"/>
              </w:rPr>
            </w:pPr>
            <w:r w:rsidRPr="007B67C2">
              <w:rPr>
                <w:color w:val="000000" w:themeColor="text1"/>
                <w:lang w:eastAsia="ja-JP"/>
              </w:rPr>
              <w:t>現状</w:t>
            </w:r>
            <w:r w:rsidR="00A87CAD" w:rsidRPr="007B67C2">
              <w:rPr>
                <w:rFonts w:hint="eastAsia"/>
                <w:color w:val="000000" w:themeColor="text1"/>
                <w:lang w:eastAsia="ja-JP"/>
              </w:rPr>
              <w:t>の</w:t>
            </w:r>
            <w:r w:rsidRPr="007B67C2">
              <w:rPr>
                <w:color w:val="000000" w:themeColor="text1"/>
                <w:lang w:eastAsia="ja-JP"/>
              </w:rPr>
              <w:t>課題</w:t>
            </w:r>
            <w:r w:rsidR="002C43E9" w:rsidRPr="007B67C2">
              <w:rPr>
                <w:rFonts w:hint="eastAsia"/>
                <w:color w:val="000000" w:themeColor="text1"/>
                <w:lang w:eastAsia="ja-JP"/>
              </w:rPr>
              <w:t>及び副業・兼業人材の活用で期待される効果</w:t>
            </w:r>
          </w:p>
        </w:tc>
        <w:tc>
          <w:tcPr>
            <w:tcW w:w="7416" w:type="dxa"/>
          </w:tcPr>
          <w:p w14:paraId="2C03EB81" w14:textId="77777777" w:rsidR="008D6F2B" w:rsidRDefault="008D6F2B">
            <w:pPr>
              <w:rPr>
                <w:lang w:eastAsia="ja-JP"/>
              </w:rPr>
            </w:pPr>
          </w:p>
        </w:tc>
      </w:tr>
      <w:tr w:rsidR="008D6F2B" w14:paraId="36580633" w14:textId="77777777" w:rsidTr="00A96BAB">
        <w:trPr>
          <w:trHeight w:val="1986"/>
        </w:trPr>
        <w:tc>
          <w:tcPr>
            <w:tcW w:w="3114" w:type="dxa"/>
            <w:vAlign w:val="center"/>
          </w:tcPr>
          <w:p w14:paraId="05954030" w14:textId="3AC15318" w:rsidR="008D6F2B" w:rsidRPr="007B67C2" w:rsidRDefault="002C43E9" w:rsidP="00A96BAB">
            <w:pPr>
              <w:jc w:val="both"/>
              <w:rPr>
                <w:color w:val="000000" w:themeColor="text1"/>
                <w:lang w:eastAsia="ja-JP"/>
              </w:rPr>
            </w:pPr>
            <w:r w:rsidRPr="007B67C2">
              <w:rPr>
                <w:rFonts w:hint="eastAsia"/>
                <w:color w:val="000000" w:themeColor="text1"/>
                <w:lang w:eastAsia="ja-JP"/>
              </w:rPr>
              <w:t>副業・兼業人材が実施する業務の内容</w:t>
            </w:r>
          </w:p>
        </w:tc>
        <w:tc>
          <w:tcPr>
            <w:tcW w:w="7416" w:type="dxa"/>
          </w:tcPr>
          <w:p w14:paraId="49CC1BEC" w14:textId="77777777" w:rsidR="008D6F2B" w:rsidRDefault="008D6F2B">
            <w:pPr>
              <w:rPr>
                <w:lang w:eastAsia="ja-JP"/>
              </w:rPr>
            </w:pPr>
          </w:p>
        </w:tc>
      </w:tr>
      <w:tr w:rsidR="00CC2BF2" w14:paraId="3FB77D54" w14:textId="77777777" w:rsidTr="00A87CAD">
        <w:tc>
          <w:tcPr>
            <w:tcW w:w="10530" w:type="dxa"/>
            <w:gridSpan w:val="2"/>
            <w:shd w:val="clear" w:color="auto" w:fill="DAEEF3" w:themeFill="accent5" w:themeFillTint="33"/>
          </w:tcPr>
          <w:p w14:paraId="08EFBEC7" w14:textId="77777777" w:rsidR="00294FF1" w:rsidRDefault="00CC2BF2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副業・兼業人材の活用に係るテレワーク設備を導入する場合</w:t>
            </w:r>
          </w:p>
          <w:p w14:paraId="7F356D85" w14:textId="665628D1" w:rsidR="00294FF1" w:rsidRPr="00294FF1" w:rsidRDefault="00294FF1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※</w:t>
            </w:r>
            <w:r w:rsidR="004F442C">
              <w:rPr>
                <w:rFonts w:hint="eastAsia"/>
                <w:lang w:eastAsia="ja-JP"/>
              </w:rPr>
              <w:t>補助対象経費一覧表（</w:t>
            </w:r>
            <w:r>
              <w:rPr>
                <w:rFonts w:hint="eastAsia"/>
                <w:lang w:eastAsia="ja-JP"/>
              </w:rPr>
              <w:t>別紙８</w:t>
            </w:r>
            <w:r w:rsidR="004F442C">
              <w:rPr>
                <w:rFonts w:hint="eastAsia"/>
                <w:lang w:eastAsia="ja-JP"/>
              </w:rPr>
              <w:t>）</w:t>
            </w:r>
            <w:r>
              <w:rPr>
                <w:rFonts w:hint="eastAsia"/>
                <w:lang w:eastAsia="ja-JP"/>
              </w:rPr>
              <w:t>も併せてご提出ください</w:t>
            </w:r>
          </w:p>
        </w:tc>
      </w:tr>
      <w:tr w:rsidR="008D6F2B" w14:paraId="7D3D71E2" w14:textId="77777777" w:rsidTr="00A96BAB">
        <w:trPr>
          <w:trHeight w:val="2245"/>
        </w:trPr>
        <w:tc>
          <w:tcPr>
            <w:tcW w:w="3114" w:type="dxa"/>
            <w:vAlign w:val="center"/>
          </w:tcPr>
          <w:p w14:paraId="26BA5BD5" w14:textId="1997DE1B" w:rsidR="008D6F2B" w:rsidRDefault="00CC2BF2" w:rsidP="00A96BAB">
            <w:pPr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テレワークにより処理する業務の内容</w:t>
            </w:r>
          </w:p>
        </w:tc>
        <w:tc>
          <w:tcPr>
            <w:tcW w:w="7416" w:type="dxa"/>
          </w:tcPr>
          <w:p w14:paraId="5661B3D9" w14:textId="77777777" w:rsidR="008D6F2B" w:rsidRDefault="008D6F2B">
            <w:pPr>
              <w:rPr>
                <w:lang w:eastAsia="ja-JP"/>
              </w:rPr>
            </w:pPr>
          </w:p>
        </w:tc>
      </w:tr>
      <w:tr w:rsidR="00CC2BF2" w14:paraId="0DB91CFE" w14:textId="77777777" w:rsidTr="00A96BAB">
        <w:trPr>
          <w:trHeight w:val="2816"/>
        </w:trPr>
        <w:tc>
          <w:tcPr>
            <w:tcW w:w="3114" w:type="dxa"/>
            <w:vAlign w:val="center"/>
          </w:tcPr>
          <w:p w14:paraId="56B75C48" w14:textId="2A1F3401" w:rsidR="00CC2BF2" w:rsidRDefault="00CC2BF2" w:rsidP="00A96BAB">
            <w:pPr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テレワークで使用する情報通信機器、ソフトウェア・システム等の名称、そ</w:t>
            </w:r>
            <w:r w:rsidR="003E7E00">
              <w:rPr>
                <w:rFonts w:hint="eastAsia"/>
                <w:lang w:eastAsia="ja-JP"/>
              </w:rPr>
              <w:t>の</w:t>
            </w:r>
            <w:r>
              <w:rPr>
                <w:rFonts w:hint="eastAsia"/>
                <w:lang w:eastAsia="ja-JP"/>
              </w:rPr>
              <w:t>用途及び</w:t>
            </w:r>
            <w:r w:rsidR="003E7E00">
              <w:rPr>
                <w:rFonts w:hint="eastAsia"/>
                <w:lang w:eastAsia="ja-JP"/>
              </w:rPr>
              <w:t>それぞれの必要性</w:t>
            </w:r>
          </w:p>
        </w:tc>
        <w:tc>
          <w:tcPr>
            <w:tcW w:w="7416" w:type="dxa"/>
          </w:tcPr>
          <w:p w14:paraId="535C0F05" w14:textId="77777777" w:rsidR="00CC2BF2" w:rsidRDefault="00CC2BF2">
            <w:pPr>
              <w:rPr>
                <w:lang w:eastAsia="ja-JP"/>
              </w:rPr>
            </w:pPr>
          </w:p>
        </w:tc>
      </w:tr>
    </w:tbl>
    <w:p w14:paraId="10A0E697" w14:textId="563C97ED" w:rsidR="008D6F2B" w:rsidRDefault="008D6F2B">
      <w:pPr>
        <w:rPr>
          <w:lang w:eastAsia="ja-JP"/>
        </w:rPr>
      </w:pPr>
    </w:p>
    <w:sectPr w:rsidR="008D6F2B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074B" w14:textId="77777777" w:rsidR="00BA7F82" w:rsidRDefault="00BA7F82" w:rsidP="002C43E9">
      <w:pPr>
        <w:spacing w:after="0" w:line="240" w:lineRule="auto"/>
      </w:pPr>
      <w:r>
        <w:separator/>
      </w:r>
    </w:p>
  </w:endnote>
  <w:endnote w:type="continuationSeparator" w:id="0">
    <w:p w14:paraId="45781273" w14:textId="77777777" w:rsidR="00BA7F82" w:rsidRDefault="00BA7F82" w:rsidP="002C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939B" w14:textId="77777777" w:rsidR="00BA7F82" w:rsidRDefault="00BA7F82" w:rsidP="002C43E9">
      <w:pPr>
        <w:spacing w:after="0" w:line="240" w:lineRule="auto"/>
      </w:pPr>
      <w:r>
        <w:separator/>
      </w:r>
    </w:p>
  </w:footnote>
  <w:footnote w:type="continuationSeparator" w:id="0">
    <w:p w14:paraId="574D3CEF" w14:textId="77777777" w:rsidR="00BA7F82" w:rsidRDefault="00BA7F82" w:rsidP="002C4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3505907">
    <w:abstractNumId w:val="8"/>
  </w:num>
  <w:num w:numId="2" w16cid:durableId="1012494511">
    <w:abstractNumId w:val="6"/>
  </w:num>
  <w:num w:numId="3" w16cid:durableId="2084714112">
    <w:abstractNumId w:val="5"/>
  </w:num>
  <w:num w:numId="4" w16cid:durableId="1005747020">
    <w:abstractNumId w:val="4"/>
  </w:num>
  <w:num w:numId="5" w16cid:durableId="1451975579">
    <w:abstractNumId w:val="7"/>
  </w:num>
  <w:num w:numId="6" w16cid:durableId="1707676624">
    <w:abstractNumId w:val="3"/>
  </w:num>
  <w:num w:numId="7" w16cid:durableId="1797483421">
    <w:abstractNumId w:val="2"/>
  </w:num>
  <w:num w:numId="8" w16cid:durableId="1434091230">
    <w:abstractNumId w:val="1"/>
  </w:num>
  <w:num w:numId="9" w16cid:durableId="183895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AE8"/>
    <w:rsid w:val="0006063C"/>
    <w:rsid w:val="0009547E"/>
    <w:rsid w:val="0015074B"/>
    <w:rsid w:val="001F3A87"/>
    <w:rsid w:val="00294FF1"/>
    <w:rsid w:val="0029639D"/>
    <w:rsid w:val="002C43E9"/>
    <w:rsid w:val="002D4297"/>
    <w:rsid w:val="00326F90"/>
    <w:rsid w:val="003E7E00"/>
    <w:rsid w:val="0042177E"/>
    <w:rsid w:val="004F442C"/>
    <w:rsid w:val="007B67C2"/>
    <w:rsid w:val="008D6F2B"/>
    <w:rsid w:val="009E4F74"/>
    <w:rsid w:val="00A87CAD"/>
    <w:rsid w:val="00A96BAB"/>
    <w:rsid w:val="00AA1D8D"/>
    <w:rsid w:val="00B47730"/>
    <w:rsid w:val="00BA1716"/>
    <w:rsid w:val="00BA7F82"/>
    <w:rsid w:val="00C332A9"/>
    <w:rsid w:val="00CB0664"/>
    <w:rsid w:val="00CC2BF2"/>
    <w:rsid w:val="00D04304"/>
    <w:rsid w:val="00DB439C"/>
    <w:rsid w:val="00ED7840"/>
    <w:rsid w:val="00FA1F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2D42E"/>
  <w14:defaultImageDpi w14:val="300"/>
  <w15:docId w15:val="{43D488A7-F8C3-4A1D-B871-C09538A4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山根　光太郎</dc:creator>
  <cp:keywords/>
  <dc:description>generated by python-docx</dc:description>
  <cp:lastModifiedBy>山根　光太郎</cp:lastModifiedBy>
  <cp:revision>6</cp:revision>
  <cp:lastPrinted>2026-07-30T04:16:00Z</cp:lastPrinted>
  <dcterms:created xsi:type="dcterms:W3CDTF">2026-07-30T01:04:00Z</dcterms:created>
  <dcterms:modified xsi:type="dcterms:W3CDTF">2026-08-20T04:35:00Z</dcterms:modified>
  <cp:category/>
</cp:coreProperties>
</file>